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32395" w14:textId="7D52B3CF" w:rsidR="0069336D" w:rsidRPr="005035EC" w:rsidRDefault="001D5CC0" w:rsidP="001D5CC0">
      <w:pPr>
        <w:spacing w:before="100" w:beforeAutospacing="1" w:after="100" w:afterAutospacing="1"/>
        <w:jc w:val="center"/>
        <w:rPr>
          <w:rFonts w:ascii="Baskervville" w:hAnsi="Baskervville" w:cs="Times New Roman"/>
          <w:b/>
          <w:color w:val="26384A"/>
          <w:sz w:val="48"/>
          <w:szCs w:val="48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48"/>
          <w:szCs w:val="48"/>
          <w:lang w:val="hr-HR"/>
        </w:rPr>
        <w:t xml:space="preserve">Skup predložaka za školsku uporabu temeljem Pravilnika o kriterijima za izricanje pedagoških mjera </w:t>
      </w:r>
    </w:p>
    <w:p w14:paraId="43DFD200" w14:textId="77777777" w:rsidR="00E95192" w:rsidRPr="000A3F86" w:rsidRDefault="00E95192" w:rsidP="0069336D">
      <w:pPr>
        <w:rPr>
          <w:rFonts w:cs="Times New Roman"/>
          <w:sz w:val="24"/>
          <w:szCs w:val="24"/>
          <w:lang w:val="hr-HR"/>
        </w:rPr>
      </w:pPr>
    </w:p>
    <w:p w14:paraId="7C880FFB" w14:textId="77777777" w:rsidR="00E95192" w:rsidRPr="000A3F86" w:rsidRDefault="00E95192" w:rsidP="00E95192">
      <w:pPr>
        <w:rPr>
          <w:rFonts w:cs="Times New Roman"/>
          <w:color w:val="000000"/>
          <w:sz w:val="24"/>
          <w:szCs w:val="24"/>
          <w:lang w:val="hr-HR"/>
        </w:rPr>
      </w:pPr>
      <w:r w:rsidRPr="000A3F86">
        <w:rPr>
          <w:rFonts w:cs="Times New Roman"/>
          <w:b/>
          <w:color w:val="26384A"/>
          <w:sz w:val="24"/>
          <w:szCs w:val="24"/>
          <w:lang w:val="hr-HR"/>
        </w:rPr>
        <w:t>Pravna osnova</w:t>
      </w:r>
      <w:r w:rsidRPr="000A3F86">
        <w:rPr>
          <w:rFonts w:cs="Times New Roman"/>
          <w:b/>
          <w:color w:val="26384A"/>
          <w:sz w:val="24"/>
          <w:szCs w:val="24"/>
          <w:lang w:val="hr-HR"/>
        </w:rPr>
        <w:br/>
      </w:r>
      <w:r w:rsidRPr="000A3F86">
        <w:rPr>
          <w:rFonts w:cs="Times New Roman"/>
          <w:color w:val="000000"/>
          <w:sz w:val="24"/>
          <w:szCs w:val="24"/>
          <w:lang w:val="hr-HR"/>
        </w:rPr>
        <w:t>Pravilnik o kriterijima za izricanje pedagoških mjera (NN 94/2015), izmjena NN 3/2017 te izmjene i dopune NN 22/2026.</w:t>
      </w:r>
    </w:p>
    <w:p w14:paraId="0ADA030D" w14:textId="77777777" w:rsidR="00E95192" w:rsidRPr="000A3F86" w:rsidRDefault="00E95192" w:rsidP="00E95192">
      <w:pPr>
        <w:rPr>
          <w:rFonts w:cs="Times New Roman"/>
          <w:sz w:val="24"/>
          <w:szCs w:val="24"/>
          <w:lang w:val="hr-HR"/>
        </w:rPr>
      </w:pPr>
    </w:p>
    <w:p w14:paraId="68B3CEBB" w14:textId="77777777" w:rsidR="00E95192" w:rsidRPr="000A3F86" w:rsidRDefault="00E95192" w:rsidP="00E95192">
      <w:pPr>
        <w:rPr>
          <w:rFonts w:cs="Times New Roman"/>
          <w:sz w:val="24"/>
          <w:szCs w:val="24"/>
          <w:lang w:val="hr-HR"/>
        </w:rPr>
      </w:pPr>
      <w:hyperlink r:id="rId8" w:history="1">
        <w:r w:rsidRPr="000A3F86">
          <w:rPr>
            <w:rStyle w:val="Hiperveza"/>
            <w:rFonts w:cs="Times New Roman"/>
            <w:sz w:val="24"/>
            <w:szCs w:val="24"/>
            <w:lang w:val="hr-HR"/>
          </w:rPr>
          <w:t>https://narodne-novine.nn.hr/clanci/sluzbeni/2015_09_94_1818.html</w:t>
        </w:r>
      </w:hyperlink>
      <w:r w:rsidRPr="000A3F86">
        <w:rPr>
          <w:rFonts w:cs="Times New Roman"/>
          <w:color w:val="26384A"/>
          <w:sz w:val="24"/>
          <w:szCs w:val="24"/>
          <w:lang w:val="hr-HR"/>
        </w:rPr>
        <w:t xml:space="preserve"> </w:t>
      </w:r>
    </w:p>
    <w:p w14:paraId="550EC0F0" w14:textId="77777777" w:rsidR="00E95192" w:rsidRPr="000A3F86" w:rsidRDefault="00E95192" w:rsidP="00E95192">
      <w:pPr>
        <w:rPr>
          <w:rFonts w:cs="Times New Roman"/>
          <w:sz w:val="24"/>
          <w:szCs w:val="24"/>
          <w:lang w:val="hr-HR"/>
        </w:rPr>
      </w:pPr>
      <w:hyperlink r:id="rId9" w:history="1">
        <w:r w:rsidRPr="000A3F86">
          <w:rPr>
            <w:rStyle w:val="Hiperveza"/>
            <w:rFonts w:cs="Times New Roman"/>
            <w:sz w:val="24"/>
            <w:szCs w:val="24"/>
            <w:lang w:val="hr-HR"/>
          </w:rPr>
          <w:t>https://narodne-novine.nn.hr/clanci/sluzbeni/2017_01_3_125.html</w:t>
        </w:r>
      </w:hyperlink>
      <w:r w:rsidRPr="000A3F86">
        <w:rPr>
          <w:rFonts w:cs="Times New Roman"/>
          <w:color w:val="26384A"/>
          <w:sz w:val="24"/>
          <w:szCs w:val="24"/>
          <w:lang w:val="hr-HR"/>
        </w:rPr>
        <w:t xml:space="preserve"> </w:t>
      </w:r>
    </w:p>
    <w:p w14:paraId="320C8B55" w14:textId="77777777" w:rsidR="00E95192" w:rsidRPr="000A3F86" w:rsidRDefault="00E95192" w:rsidP="00E95192">
      <w:pPr>
        <w:rPr>
          <w:rFonts w:cs="Times New Roman"/>
          <w:sz w:val="24"/>
          <w:szCs w:val="24"/>
          <w:lang w:val="hr-HR"/>
        </w:rPr>
      </w:pPr>
      <w:hyperlink r:id="rId10" w:history="1">
        <w:r w:rsidRPr="000A3F86">
          <w:rPr>
            <w:rStyle w:val="Hiperveza"/>
            <w:rFonts w:cs="Times New Roman"/>
            <w:sz w:val="24"/>
            <w:szCs w:val="24"/>
            <w:lang w:val="hr-HR"/>
          </w:rPr>
          <w:t>https://narodne-novine.nn.hr/clanci/sluzbeni/2026_03_22_257.html</w:t>
        </w:r>
      </w:hyperlink>
      <w:r w:rsidRPr="000A3F86">
        <w:rPr>
          <w:rFonts w:cs="Times New Roman"/>
          <w:color w:val="26384A"/>
          <w:sz w:val="24"/>
          <w:szCs w:val="24"/>
          <w:lang w:val="hr-HR"/>
        </w:rPr>
        <w:t xml:space="preserve"> </w:t>
      </w:r>
    </w:p>
    <w:p w14:paraId="264A150C" w14:textId="0585CACE" w:rsidR="00E95192" w:rsidRPr="000A3F86" w:rsidRDefault="00E95192" w:rsidP="00E95192">
      <w:pPr>
        <w:rPr>
          <w:rFonts w:cs="Times New Roman"/>
          <w:b/>
          <w:color w:val="26384A"/>
          <w:sz w:val="24"/>
          <w:szCs w:val="24"/>
          <w:lang w:val="hr-HR"/>
        </w:rPr>
      </w:pPr>
      <w:r w:rsidRPr="000A3F86">
        <w:rPr>
          <w:rFonts w:cs="Times New Roman"/>
          <w:b/>
          <w:color w:val="26384A"/>
          <w:sz w:val="24"/>
          <w:szCs w:val="24"/>
          <w:lang w:val="hr-HR"/>
        </w:rPr>
        <w:br/>
        <w:t>Sadržaj</w:t>
      </w:r>
    </w:p>
    <w:p w14:paraId="031626AF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Evidencija neprihvatljivog ponašanja</w:t>
      </w:r>
    </w:p>
    <w:p w14:paraId="03D6B955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Klasifikacija neprihvatljivog ponašanja</w:t>
      </w:r>
    </w:p>
    <w:p w14:paraId="5F90965F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Poziv učeniku na savjetovanje i izjašnjavanje</w:t>
      </w:r>
    </w:p>
    <w:p w14:paraId="48E59697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Zapis o savjetovanju i izjašnjavanju učenika</w:t>
      </w:r>
    </w:p>
    <w:p w14:paraId="2ACEF27A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Pisani poziv roditelju na razgovor</w:t>
      </w:r>
    </w:p>
    <w:p w14:paraId="60390111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Informiranje roditelja i zapis o kontaktima</w:t>
      </w:r>
    </w:p>
    <w:p w14:paraId="05EAE5B6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Stručna procjena okolnosti i konzultacije prije izricanja pedagoške mjere</w:t>
      </w:r>
    </w:p>
    <w:p w14:paraId="1F7B2640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Kontrolna lista i prijedlog pedagoške mjere</w:t>
      </w:r>
    </w:p>
    <w:p w14:paraId="52772264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Predložak akta o izricanju pedagoške mjere</w:t>
      </w:r>
    </w:p>
    <w:p w14:paraId="3F6F388F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Evidencija izostanaka i izračun praga za izricanje pedagoške mjere</w:t>
      </w:r>
    </w:p>
    <w:p w14:paraId="28D9A4CF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Plan pomoći, potpore i praćenja nakon izrečene pedagoške mjere</w:t>
      </w:r>
    </w:p>
    <w:p w14:paraId="40947164" w14:textId="77777777" w:rsidR="00E95192" w:rsidRPr="000A3F86" w:rsidRDefault="00E95192" w:rsidP="00E95192">
      <w:pPr>
        <w:pStyle w:val="Odlomakpopisa"/>
        <w:numPr>
          <w:ilvl w:val="0"/>
          <w:numId w:val="10"/>
        </w:numPr>
        <w:rPr>
          <w:rFonts w:cs="Times New Roman"/>
          <w:bCs/>
          <w:color w:val="26384A"/>
          <w:sz w:val="24"/>
          <w:szCs w:val="24"/>
          <w:lang w:val="hr-HR"/>
        </w:rPr>
      </w:pPr>
      <w:r w:rsidRPr="000A3F86">
        <w:rPr>
          <w:rFonts w:cs="Times New Roman"/>
          <w:bCs/>
          <w:color w:val="26384A"/>
          <w:sz w:val="24"/>
          <w:szCs w:val="24"/>
          <w:lang w:val="hr-HR"/>
        </w:rPr>
        <w:t>Obavijest područnom uredu Hrvatskog zavoda za socijalni rad</w:t>
      </w:r>
    </w:p>
    <w:p w14:paraId="19CEDB27" w14:textId="77777777" w:rsidR="00E95192" w:rsidRPr="000A3F86" w:rsidRDefault="00E95192" w:rsidP="00E95192">
      <w:pPr>
        <w:rPr>
          <w:rFonts w:cs="Times New Roman"/>
          <w:color w:val="000000"/>
          <w:sz w:val="24"/>
          <w:szCs w:val="24"/>
          <w:lang w:val="hr-HR"/>
        </w:rPr>
      </w:pPr>
      <w:r w:rsidRPr="000A3F86">
        <w:rPr>
          <w:rFonts w:cs="Times New Roman"/>
          <w:b/>
          <w:color w:val="26384A"/>
          <w:sz w:val="24"/>
          <w:szCs w:val="24"/>
          <w:lang w:val="hr-HR"/>
        </w:rPr>
        <w:br/>
      </w:r>
    </w:p>
    <w:p w14:paraId="2FBA2822" w14:textId="77777777" w:rsidR="00E95192" w:rsidRPr="000A3F86" w:rsidRDefault="00E95192" w:rsidP="00E95192">
      <w:pPr>
        <w:rPr>
          <w:rFonts w:cs="Times New Roman"/>
          <w:sz w:val="24"/>
          <w:szCs w:val="24"/>
          <w:lang w:val="hr-HR"/>
        </w:rPr>
      </w:pPr>
    </w:p>
    <w:p w14:paraId="13A26656" w14:textId="77777777" w:rsidR="00E95192" w:rsidRPr="000A3F86" w:rsidRDefault="00E95192" w:rsidP="00E95192">
      <w:pPr>
        <w:jc w:val="both"/>
        <w:rPr>
          <w:rFonts w:cs="Times New Roman"/>
          <w:iCs/>
          <w:sz w:val="24"/>
          <w:szCs w:val="24"/>
          <w:lang w:val="hr-HR"/>
        </w:rPr>
      </w:pPr>
      <w:r w:rsidRPr="000A3F86">
        <w:rPr>
          <w:rFonts w:cs="Times New Roman"/>
          <w:b/>
          <w:bCs/>
          <w:iCs/>
          <w:sz w:val="24"/>
          <w:szCs w:val="24"/>
          <w:lang w:val="hr-HR"/>
        </w:rPr>
        <w:t>Napomena</w:t>
      </w:r>
    </w:p>
    <w:p w14:paraId="583CBDBE" w14:textId="64B28CB9" w:rsidR="00E95192" w:rsidRDefault="00E95192" w:rsidP="00E95192">
      <w:pPr>
        <w:jc w:val="both"/>
        <w:rPr>
          <w:rFonts w:cs="Times New Roman"/>
          <w:iCs/>
          <w:sz w:val="24"/>
          <w:szCs w:val="24"/>
          <w:lang w:val="hr-HR"/>
        </w:rPr>
      </w:pPr>
      <w:r w:rsidRPr="00100A48">
        <w:rPr>
          <w:rFonts w:cs="Times New Roman"/>
          <w:iCs/>
          <w:sz w:val="24"/>
          <w:szCs w:val="24"/>
          <w:lang w:val="hr-HR"/>
        </w:rPr>
        <w:t xml:space="preserve">Predlošci objedinjuju podatke koje je potrebno utvrditi, evidentirati ili dostaviti prema odredbama propisa. </w:t>
      </w:r>
      <w:r w:rsidR="00100A48" w:rsidRPr="00100A48">
        <w:rPr>
          <w:rFonts w:cs="Times New Roman"/>
          <w:iCs/>
          <w:sz w:val="24"/>
          <w:szCs w:val="24"/>
          <w:lang w:val="hr-HR"/>
        </w:rPr>
        <w:t xml:space="preserve">Ovi su materijali neslužbeni radni predlošci izrađeni kao pomoć školama u dokumentiranju postupanja prema važećim propisima. Ne predstavljaju službene obrasce Ministarstva. </w:t>
      </w:r>
      <w:r w:rsidRPr="00100A48">
        <w:rPr>
          <w:rFonts w:cs="Times New Roman"/>
          <w:iCs/>
          <w:sz w:val="24"/>
          <w:szCs w:val="24"/>
          <w:lang w:val="hr-HR"/>
        </w:rPr>
        <w:t>Škola ih usklađuje sa svojim statutom i internim aktima.</w:t>
      </w:r>
    </w:p>
    <w:p w14:paraId="5DD54A4D" w14:textId="77777777" w:rsidR="00100A48" w:rsidRDefault="00100A48" w:rsidP="00E95192">
      <w:pPr>
        <w:jc w:val="both"/>
        <w:rPr>
          <w:rFonts w:cs="Times New Roman"/>
          <w:iCs/>
          <w:sz w:val="24"/>
          <w:szCs w:val="24"/>
          <w:lang w:val="hr-HR"/>
        </w:rPr>
      </w:pPr>
    </w:p>
    <w:p w14:paraId="70BB35B7" w14:textId="10C78DFA" w:rsidR="00100A48" w:rsidRPr="00100A48" w:rsidRDefault="00100A48" w:rsidP="00E95192">
      <w:pPr>
        <w:jc w:val="both"/>
        <w:rPr>
          <w:rFonts w:cs="Times New Roman"/>
          <w:iCs/>
          <w:sz w:val="24"/>
          <w:szCs w:val="24"/>
          <w:lang w:val="hr-HR"/>
        </w:rPr>
      </w:pPr>
      <w:r w:rsidRPr="00100A48">
        <w:rPr>
          <w:rFonts w:cs="Times New Roman"/>
          <w:b/>
          <w:bCs/>
          <w:iCs/>
          <w:sz w:val="24"/>
          <w:szCs w:val="24"/>
          <w:lang w:val="hr-HR"/>
        </w:rPr>
        <w:t>Verzija:</w:t>
      </w:r>
      <w:r>
        <w:rPr>
          <w:rFonts w:cs="Times New Roman"/>
          <w:iCs/>
          <w:sz w:val="24"/>
          <w:szCs w:val="24"/>
          <w:lang w:val="hr-HR"/>
        </w:rPr>
        <w:t xml:space="preserve"> kolovoz, 2026.</w:t>
      </w:r>
    </w:p>
    <w:p w14:paraId="72E63A4D" w14:textId="2B9D129D" w:rsidR="0069336D" w:rsidRPr="000A3F86" w:rsidRDefault="00000000" w:rsidP="0069336D">
      <w:pPr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sz w:val="24"/>
          <w:szCs w:val="24"/>
          <w:lang w:val="hr-HR"/>
        </w:rPr>
        <w:br w:type="page"/>
      </w:r>
    </w:p>
    <w:p w14:paraId="04A05659" w14:textId="568E4799" w:rsidR="007C18A6" w:rsidRPr="005035EC" w:rsidRDefault="00000000" w:rsidP="005035EC">
      <w:pPr>
        <w:keepNext/>
        <w:ind w:left="360"/>
        <w:jc w:val="center"/>
        <w:rPr>
          <w:rFonts w:ascii="Baskervville" w:hAnsi="Baskervville" w:cs="Times New Roman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lastRenderedPageBreak/>
        <w:t>EVIDENCIJA NEPRIHVATLJIVOG PONAŠANJA</w:t>
      </w:r>
    </w:p>
    <w:p w14:paraId="161D5287" w14:textId="0FF87E85" w:rsidR="007C18A6" w:rsidRPr="000A3F86" w:rsidRDefault="0069336D" w:rsidP="0069336D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rFonts w:cs="Times New Roman"/>
          <w:i/>
          <w:color w:val="6B7280"/>
          <w:sz w:val="24"/>
          <w:szCs w:val="24"/>
          <w:lang w:val="hr-HR"/>
        </w:rPr>
        <w:t>temeljem čl. 3., 5. i 6. (NN 94/15, 3/17, 22/26)</w:t>
      </w:r>
    </w:p>
    <w:p w14:paraId="70EA9CB1" w14:textId="77777777" w:rsidR="0069336D" w:rsidRPr="000A3F86" w:rsidRDefault="0069336D" w:rsidP="0069336D">
      <w:pPr>
        <w:keepNext/>
        <w:jc w:val="center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601727A3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F3AF6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Naziv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9BE7C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22991A0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58857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Adresa / sjedište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04D34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7045D4EF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C46A4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Školska godina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2D5C9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2D86CE5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06CAF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A6109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34FC2264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D64B7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199F2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AF309D8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C0342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Razrednik/</w:t>
            </w:r>
            <w:proofErr w:type="spellStart"/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ca</w:t>
            </w:r>
            <w:proofErr w:type="spellEnd"/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9D0C7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48CD5F30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1A5D74A2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C9855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Datum i vrijeme događaja / saznanja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0DFAD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0529B6DF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5032D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Mjesto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BBEAC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2595522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594AC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Osoba koja prijavljuje / evidentira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97606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52A6ABDB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23E8C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Prisutne osobe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A5AB3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5F1BDDF4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p w14:paraId="4B1EBAF9" w14:textId="5800BC2B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Činjenični opis događaj</w:t>
      </w:r>
      <w:r w:rsidR="0069336D" w:rsidRPr="000A3F86">
        <w:rPr>
          <w:rFonts w:cs="Times New Roman"/>
          <w:b/>
          <w:color w:val="000000"/>
          <w:sz w:val="24"/>
          <w:szCs w:val="24"/>
          <w:lang w:val="hr-HR"/>
        </w:rPr>
        <w:t>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5EB7A483" w14:textId="77777777" w:rsidTr="008B5478">
        <w:trPr>
          <w:cantSplit/>
          <w:trHeight w:val="2746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F5BCD4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5159F20C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02A798D2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729E5753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74F7BA6C" w14:textId="3F88FD59" w:rsidR="00997341" w:rsidRPr="000A3F86" w:rsidRDefault="00997341" w:rsidP="008B5478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12D5E356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6374DEA7" w14:textId="515707DF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Posljedice koje su nastupile ili su mogle nastupiti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184C5515" w14:textId="77777777" w:rsidTr="009744A1">
        <w:trPr>
          <w:cantSplit/>
          <w:trHeight w:val="1288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BBA14A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6027687A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158E89E2" w14:textId="62DFECEE" w:rsidR="00997341" w:rsidRPr="000A3F86" w:rsidRDefault="00997341" w:rsidP="009744A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4F523C9C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303791F8" w14:textId="327F0E3E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Početna procjena težine: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409873C0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E7997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lakše ponašanje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F7DAF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teže ponašanje</w:t>
            </w:r>
          </w:p>
        </w:tc>
      </w:tr>
      <w:tr w:rsidR="007C18A6" w:rsidRPr="000A3F86" w14:paraId="4C34788D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9D58C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teško ponašanje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64985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osobito teško ponašanje</w:t>
            </w:r>
          </w:p>
        </w:tc>
      </w:tr>
      <w:tr w:rsidR="007C18A6" w:rsidRPr="000A3F86" w14:paraId="458CBC03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018F3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potrebno dodatno utvrđivanje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E1051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4315A092" w14:textId="20EC0F94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lastRenderedPageBreak/>
        <w:t>Dokazi / izvori: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09A51CEF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BDE6F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bilješka u pedagoškoj dokumentaciji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51869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službena bilješka stručnog suradnika</w:t>
            </w:r>
          </w:p>
        </w:tc>
      </w:tr>
      <w:tr w:rsidR="007C18A6" w:rsidRPr="000A3F86" w14:paraId="6B1AE73D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53BAA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službena bilješka ravnatelja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2BF9C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izjava učenika</w:t>
            </w:r>
          </w:p>
        </w:tc>
      </w:tr>
      <w:tr w:rsidR="007C18A6" w:rsidRPr="000A3F86" w14:paraId="4ECA891F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26111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izjava svjedoka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6A51A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fotografija / snimka</w:t>
            </w:r>
          </w:p>
        </w:tc>
      </w:tr>
      <w:tr w:rsidR="007C18A6" w:rsidRPr="000A3F86" w14:paraId="1B2F46F0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FB4FD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oštećeni predmet / dokument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335AC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mišljenje nadležne institucije</w:t>
            </w:r>
          </w:p>
        </w:tc>
      </w:tr>
      <w:tr w:rsidR="007C18A6" w:rsidRPr="000A3F86" w14:paraId="4CD70842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C11E3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drugo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B0B9D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4C57F98A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64B5EC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osoba koja je sastavila zapis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A418CA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datum i potpis</w:t>
            </w:r>
          </w:p>
        </w:tc>
      </w:tr>
    </w:tbl>
    <w:p w14:paraId="660CFC25" w14:textId="77777777" w:rsidR="007C18A6" w:rsidRPr="000A3F86" w:rsidRDefault="00000000">
      <w:pPr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sz w:val="24"/>
          <w:szCs w:val="24"/>
          <w:lang w:val="hr-HR"/>
        </w:rPr>
        <w:br w:type="page"/>
      </w:r>
    </w:p>
    <w:p w14:paraId="6A8B7494" w14:textId="77777777" w:rsidR="007C18A6" w:rsidRPr="005035EC" w:rsidRDefault="00000000">
      <w:pPr>
        <w:keepNext/>
        <w:jc w:val="center"/>
        <w:rPr>
          <w:rFonts w:ascii="Baskervville" w:hAnsi="Baskervville" w:cs="Times New Roman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lastRenderedPageBreak/>
        <w:t>KLASIFIKACIJA NEPRIHVATLJIVOG PONAŠANJA</w:t>
      </w:r>
    </w:p>
    <w:p w14:paraId="0304423D" w14:textId="546A1BD3" w:rsidR="007C18A6" w:rsidRPr="000A3F86" w:rsidRDefault="0069336D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rFonts w:cs="Times New Roman"/>
          <w:i/>
          <w:color w:val="6B7280"/>
          <w:sz w:val="24"/>
          <w:szCs w:val="24"/>
          <w:lang w:val="hr-HR"/>
        </w:rPr>
        <w:t>temeljem čl. 3. (NN 94/15, 3/17, 22/26)</w:t>
      </w:r>
    </w:p>
    <w:p w14:paraId="597D3A1A" w14:textId="77777777" w:rsidR="0069336D" w:rsidRPr="000A3F86" w:rsidRDefault="0069336D">
      <w:pPr>
        <w:keepNext/>
        <w:jc w:val="center"/>
        <w:rPr>
          <w:rFonts w:cs="Times New Roman"/>
          <w:sz w:val="24"/>
          <w:szCs w:val="24"/>
          <w:lang w:val="hr-HR"/>
        </w:rPr>
      </w:pPr>
    </w:p>
    <w:p w14:paraId="6E491A09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69336D" w:rsidRPr="000A3F86" w14:paraId="7BD8CD05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2D34F9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Naziv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563269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69336D" w:rsidRPr="000A3F86" w14:paraId="5041A890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3E21CA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Adresa / sjedište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A32EA8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69336D" w:rsidRPr="000A3F86" w14:paraId="65083D02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EC8BBC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Školska godina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B96297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69336D" w:rsidRPr="000A3F86" w14:paraId="33083C9A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1953C4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AF381B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69336D" w:rsidRPr="000A3F86" w14:paraId="2F25BD01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099CC9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D0B7BE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69336D" w:rsidRPr="000A3F86" w14:paraId="6DD36B4B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D0A60E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Razrednik/</w:t>
            </w:r>
            <w:proofErr w:type="spellStart"/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ca</w:t>
            </w:r>
            <w:proofErr w:type="spellEnd"/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7F46FF" w14:textId="77777777" w:rsidR="0069336D" w:rsidRPr="000A3F86" w:rsidRDefault="0069336D" w:rsidP="00FC47D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2858C93F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509C73CE" w14:textId="77777777" w:rsidR="0069336D" w:rsidRPr="000A3F86" w:rsidRDefault="0069336D" w:rsidP="0069336D">
      <w:pPr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color w:val="6B7280"/>
          <w:sz w:val="24"/>
          <w:szCs w:val="24"/>
          <w:lang w:val="hr-HR"/>
        </w:rPr>
        <w:t>Označiti opis koji najbolje odgovara utvrđenim činjenicama. Sama oznaka nije dovoljna: uz nju mora postojati činjenični opis, izvori podataka i procjena svih okolnosti iz članka 5.</w:t>
      </w:r>
    </w:p>
    <w:p w14:paraId="19D71B9F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401AE1DE" w14:textId="342AF015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Lakša ponašanja: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352B16" w:rsidRPr="000A3F86" w14:paraId="5DAEF18C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57CF0C" w14:textId="3FD7695F" w:rsidR="00352B16" w:rsidRPr="000A3F86" w:rsidRDefault="00352B16" w:rsidP="00352B1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24"/>
                <w:lang w:val="hr-HR"/>
              </w:rPr>
              <w:t>☐</w:t>
            </w:r>
            <w:r w:rsidRPr="000A3F86">
              <w:rPr>
                <w:sz w:val="24"/>
                <w:szCs w:val="24"/>
                <w:lang w:val="hr-HR"/>
              </w:rPr>
              <w:t xml:space="preserve"> ometanje odgojno-obrazovnoga rada (npr. izazivanje nereda, stvaranje buke, pri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>anje nakon usmene opomene u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itelja/nastavnika ili dovikivanje tijekom odgojno-obrazovnoga rada)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—</w:t>
            </w:r>
            <w:r w:rsidRPr="000A3F86">
              <w:rPr>
                <w:sz w:val="24"/>
                <w:szCs w:val="24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l. 3. st. 2. </w:t>
            </w:r>
            <w:proofErr w:type="spellStart"/>
            <w:r w:rsidRPr="000A3F86">
              <w:rPr>
                <w:sz w:val="24"/>
                <w:szCs w:val="24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24"/>
                <w:lang w:val="hr-HR"/>
              </w:rPr>
              <w:t>. a)</w:t>
            </w:r>
          </w:p>
        </w:tc>
      </w:tr>
      <w:tr w:rsidR="00352B16" w:rsidRPr="000A3F86" w14:paraId="05E92B63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75812C" w14:textId="783DA47A" w:rsidR="00352B16" w:rsidRPr="000A3F86" w:rsidRDefault="00352B16" w:rsidP="00352B1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24"/>
                <w:lang w:val="hr-HR"/>
              </w:rPr>
              <w:t>☐</w:t>
            </w:r>
            <w:r w:rsidRPr="000A3F86">
              <w:rPr>
                <w:sz w:val="24"/>
                <w:szCs w:val="24"/>
                <w:lang w:val="hr-HR"/>
              </w:rPr>
              <w:t xml:space="preserve"> one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>i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šć</w:t>
            </w:r>
            <w:r w:rsidRPr="000A3F86">
              <w:rPr>
                <w:sz w:val="24"/>
                <w:szCs w:val="24"/>
                <w:lang w:val="hr-HR"/>
              </w:rPr>
              <w:t xml:space="preserve">enje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>kolskoga prostora i okoli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>a (npr. bacanje sme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ć</w:t>
            </w:r>
            <w:r w:rsidRPr="000A3F86">
              <w:rPr>
                <w:sz w:val="24"/>
                <w:szCs w:val="24"/>
                <w:lang w:val="hr-HR"/>
              </w:rPr>
              <w:t>a izvan ko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 xml:space="preserve">eva za otpatke)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—</w:t>
            </w:r>
            <w:r w:rsidRPr="000A3F86">
              <w:rPr>
                <w:sz w:val="24"/>
                <w:szCs w:val="24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l. 3. st. 2. </w:t>
            </w:r>
            <w:proofErr w:type="spellStart"/>
            <w:r w:rsidRPr="000A3F86">
              <w:rPr>
                <w:sz w:val="24"/>
                <w:szCs w:val="24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24"/>
                <w:lang w:val="hr-HR"/>
              </w:rPr>
              <w:t>. b)</w:t>
            </w:r>
          </w:p>
        </w:tc>
      </w:tr>
      <w:tr w:rsidR="00352B16" w:rsidRPr="000A3F86" w14:paraId="67889142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32237E" w14:textId="600F795B" w:rsidR="00352B16" w:rsidRPr="000A3F86" w:rsidRDefault="00352B16" w:rsidP="00352B1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24"/>
                <w:lang w:val="hr-HR"/>
              </w:rPr>
              <w:t>☐</w:t>
            </w:r>
            <w:r w:rsidRPr="000A3F86">
              <w:rPr>
                <w:sz w:val="24"/>
                <w:szCs w:val="24"/>
                <w:lang w:val="hr-HR"/>
              </w:rPr>
              <w:t xml:space="preserve"> o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>te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ć</w:t>
            </w:r>
            <w:r w:rsidRPr="000A3F86">
              <w:rPr>
                <w:sz w:val="24"/>
                <w:szCs w:val="24"/>
                <w:lang w:val="hr-HR"/>
              </w:rPr>
              <w:t xml:space="preserve">ivanje imovine u prostorima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>kole ili na drugome mjestu gdje se odr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ž</w:t>
            </w:r>
            <w:r w:rsidRPr="000A3F86">
              <w:rPr>
                <w:sz w:val="24"/>
                <w:szCs w:val="24"/>
                <w:lang w:val="hr-HR"/>
              </w:rPr>
              <w:t>ava odgojno-obrazovni rad nano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 xml:space="preserve">enjem manje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 xml:space="preserve">tete (npr.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>aranje, urezivanje u namje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 xml:space="preserve">taj)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—</w:t>
            </w:r>
            <w:r w:rsidRPr="000A3F86">
              <w:rPr>
                <w:sz w:val="24"/>
                <w:szCs w:val="24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l. 3. st. 2. </w:t>
            </w:r>
            <w:proofErr w:type="spellStart"/>
            <w:r w:rsidRPr="000A3F86">
              <w:rPr>
                <w:sz w:val="24"/>
                <w:szCs w:val="24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24"/>
                <w:lang w:val="hr-HR"/>
              </w:rPr>
              <w:t>. c)</w:t>
            </w:r>
          </w:p>
        </w:tc>
      </w:tr>
      <w:tr w:rsidR="00352B16" w:rsidRPr="000A3F86" w14:paraId="1F36A06D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396DCF" w14:textId="01F65320" w:rsidR="00352B16" w:rsidRPr="000A3F86" w:rsidRDefault="00352B16" w:rsidP="00352B1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24"/>
                <w:lang w:val="hr-HR"/>
              </w:rPr>
              <w:t>☐</w:t>
            </w:r>
            <w:r w:rsidRPr="000A3F86">
              <w:rPr>
                <w:sz w:val="24"/>
                <w:szCs w:val="24"/>
                <w:lang w:val="hr-HR"/>
              </w:rPr>
              <w:t xml:space="preserve"> kori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>tenje informacijsko-komunikacijskih ure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đ</w:t>
            </w:r>
            <w:r w:rsidRPr="000A3F86">
              <w:rPr>
                <w:sz w:val="24"/>
                <w:szCs w:val="24"/>
                <w:lang w:val="hr-HR"/>
              </w:rPr>
              <w:t xml:space="preserve">aja u svim prostorima osnovne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 xml:space="preserve">kole osim u edukativne, zdravstvene i druge svrhe uz odobrenje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 xml:space="preserve">kole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—</w:t>
            </w:r>
            <w:r w:rsidRPr="000A3F86">
              <w:rPr>
                <w:sz w:val="24"/>
                <w:szCs w:val="24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l. 3. st. 2. </w:t>
            </w:r>
            <w:proofErr w:type="spellStart"/>
            <w:r w:rsidRPr="000A3F86">
              <w:rPr>
                <w:sz w:val="24"/>
                <w:szCs w:val="24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24"/>
                <w:lang w:val="hr-HR"/>
              </w:rPr>
              <w:t>. d)</w:t>
            </w:r>
          </w:p>
        </w:tc>
      </w:tr>
      <w:tr w:rsidR="00352B16" w:rsidRPr="000A3F86" w14:paraId="7DF4E188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B543C0" w14:textId="5E4FA9F6" w:rsidR="00352B16" w:rsidRPr="000A3F86" w:rsidRDefault="00352B16" w:rsidP="00352B1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24"/>
                <w:lang w:val="hr-HR"/>
              </w:rPr>
              <w:t>☐</w:t>
            </w:r>
            <w:r w:rsidRPr="000A3F86">
              <w:rPr>
                <w:sz w:val="24"/>
                <w:szCs w:val="24"/>
                <w:lang w:val="hr-HR"/>
              </w:rPr>
              <w:t xml:space="preserve"> poticanje drugih u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>enika na lak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>a neprihvatljiva pona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 xml:space="preserve">anja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—</w:t>
            </w:r>
            <w:r w:rsidRPr="000A3F86">
              <w:rPr>
                <w:sz w:val="24"/>
                <w:szCs w:val="24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l. 3. st. 2. </w:t>
            </w:r>
            <w:proofErr w:type="spellStart"/>
            <w:r w:rsidRPr="000A3F86">
              <w:rPr>
                <w:sz w:val="24"/>
                <w:szCs w:val="24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24"/>
                <w:lang w:val="hr-HR"/>
              </w:rPr>
              <w:t>. e)</w:t>
            </w:r>
          </w:p>
        </w:tc>
      </w:tr>
      <w:tr w:rsidR="00352B16" w:rsidRPr="000A3F86" w14:paraId="7796693A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7D14DE" w14:textId="50CA0CFC" w:rsidR="00352B16" w:rsidRPr="000A3F86" w:rsidRDefault="00352B16" w:rsidP="00352B1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24"/>
                <w:lang w:val="hr-HR"/>
              </w:rPr>
              <w:t>☐</w:t>
            </w:r>
            <w:r w:rsidRPr="000A3F86">
              <w:rPr>
                <w:sz w:val="24"/>
                <w:szCs w:val="24"/>
                <w:lang w:val="hr-HR"/>
              </w:rPr>
              <w:t xml:space="preserve"> uznemiravanje u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enika ili radnika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 xml:space="preserve">kole odnosno druge aktivnosti koje izazivaju nelagodu u drugih osoba, nakon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>to je u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enik na to upozoren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—</w:t>
            </w:r>
            <w:r w:rsidRPr="000A3F86">
              <w:rPr>
                <w:sz w:val="24"/>
                <w:szCs w:val="24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l. 3. st. 2. </w:t>
            </w:r>
            <w:proofErr w:type="spellStart"/>
            <w:r w:rsidRPr="000A3F86">
              <w:rPr>
                <w:sz w:val="24"/>
                <w:szCs w:val="24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24"/>
                <w:lang w:val="hr-HR"/>
              </w:rPr>
              <w:t>. f)</w:t>
            </w:r>
          </w:p>
        </w:tc>
      </w:tr>
      <w:tr w:rsidR="00352B16" w:rsidRPr="000A3F86" w14:paraId="72A2642D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4FDB71" w14:textId="0F76E3AE" w:rsidR="00352B16" w:rsidRPr="000A3F86" w:rsidRDefault="00352B16" w:rsidP="00352B1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24"/>
                <w:lang w:val="hr-HR"/>
              </w:rPr>
              <w:t>☐</w:t>
            </w:r>
            <w:r w:rsidRPr="000A3F86">
              <w:rPr>
                <w:sz w:val="24"/>
                <w:szCs w:val="24"/>
                <w:lang w:val="hr-HR"/>
              </w:rPr>
              <w:t xml:space="preserve"> kori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>tenje nedopu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š</w:t>
            </w:r>
            <w:r w:rsidRPr="000A3F86">
              <w:rPr>
                <w:sz w:val="24"/>
                <w:szCs w:val="24"/>
                <w:lang w:val="hr-HR"/>
              </w:rPr>
              <w:t xml:space="preserve">tenih izvora podataka u svrhu prepisivanja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—</w:t>
            </w:r>
            <w:r w:rsidRPr="000A3F86">
              <w:rPr>
                <w:sz w:val="24"/>
                <w:szCs w:val="24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24"/>
                <w:lang w:val="hr-HR"/>
              </w:rPr>
              <w:t>č</w:t>
            </w:r>
            <w:r w:rsidRPr="000A3F86">
              <w:rPr>
                <w:sz w:val="24"/>
                <w:szCs w:val="24"/>
                <w:lang w:val="hr-HR"/>
              </w:rPr>
              <w:t xml:space="preserve">l. 3. st. 2. </w:t>
            </w:r>
            <w:proofErr w:type="spellStart"/>
            <w:r w:rsidRPr="000A3F86">
              <w:rPr>
                <w:sz w:val="24"/>
                <w:szCs w:val="24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24"/>
                <w:lang w:val="hr-HR"/>
              </w:rPr>
              <w:t>. g)</w:t>
            </w:r>
          </w:p>
        </w:tc>
      </w:tr>
    </w:tbl>
    <w:p w14:paraId="05341D5E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5AEA024A" w14:textId="0578C542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Teža ponašanja: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352B16" w:rsidRPr="000A3F86" w14:paraId="25D8340D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66B91B" w14:textId="19AFCED5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ometanje odgojno-obrazovnoga rada na 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in da je onemogu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ć</w:t>
            </w:r>
            <w:r w:rsidRPr="000A3F86">
              <w:rPr>
                <w:sz w:val="24"/>
                <w:szCs w:val="32"/>
                <w:lang w:val="hr-HR"/>
              </w:rPr>
              <w:t>eno njegovo daljnje izvo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 xml:space="preserve">enje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3.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a)</w:t>
            </w:r>
          </w:p>
        </w:tc>
      </w:tr>
      <w:tr w:rsidR="00352B16" w:rsidRPr="000A3F86" w14:paraId="3F464025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519822" w14:textId="4220E54A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povreda dostojanstva druge osobe omalova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>avanjem, vrije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 xml:space="preserve">anjem ili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irenjem neistina i glasina o drugome 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eniku ili radniku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kole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3.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b)</w:t>
            </w:r>
          </w:p>
        </w:tc>
      </w:tr>
      <w:tr w:rsidR="00352B16" w:rsidRPr="000A3F86" w14:paraId="77380C4F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17A596" w14:textId="128A4EEC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nedopu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teno kori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tenje informacijsko-komunikacijskih ure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 xml:space="preserve">aja tijekom odgojno-obrazovnoga rada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3.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c)</w:t>
            </w:r>
          </w:p>
        </w:tc>
      </w:tr>
      <w:tr w:rsidR="00352B16" w:rsidRPr="000A3F86" w14:paraId="104CF6E5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3D21F8" w14:textId="7BB6FA59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poticanje drugih 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enika na te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>a neprihvatljiva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anja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3.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d)</w:t>
            </w:r>
          </w:p>
        </w:tc>
      </w:tr>
      <w:tr w:rsidR="00352B16" w:rsidRPr="000A3F86" w14:paraId="20704E2E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A873D3" w14:textId="19DB76BA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prikrivanje nasilnih oblika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anja drugih 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enika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3.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e)</w:t>
            </w:r>
          </w:p>
        </w:tc>
      </w:tr>
      <w:tr w:rsidR="00352B16" w:rsidRPr="000A3F86" w14:paraId="6FC45F3E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73FD2D" w14:textId="609216E9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lastRenderedPageBreak/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kori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tenje ili zlouporaba podataka drugog 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enika iz pedago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ke dokumentacije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3.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f)</w:t>
            </w:r>
          </w:p>
        </w:tc>
      </w:tr>
      <w:tr w:rsidR="00352B16" w:rsidRPr="000A3F86" w14:paraId="5AB50B2A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86BAB1" w14:textId="2D85128D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kla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 xml:space="preserve">enje ili kockanje u prostorima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kole ili na drugome mjestu gdje se odr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ava odgojno-obrazovni rad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3.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g)</w:t>
            </w:r>
          </w:p>
        </w:tc>
      </w:tr>
      <w:tr w:rsidR="00352B16" w:rsidRPr="000A3F86" w14:paraId="6165669F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7A358D" w14:textId="695AC068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prisvajanje tu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 xml:space="preserve">e stvari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3.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h)</w:t>
            </w:r>
          </w:p>
        </w:tc>
      </w:tr>
    </w:tbl>
    <w:p w14:paraId="1F7CBC23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0A1EBA1B" w14:textId="3B574EF4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Teška ponašanja: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352B16" w:rsidRPr="000A3F86" w14:paraId="54DC44F9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D65734" w14:textId="046A62DB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izazivanje i poticanje nasilnog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anja (npr. preno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enje neto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nih informacija koje su povod za nasilno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anje, skandiranje prije ili tijekom nasilnog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anja, snimanje doga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>aja koji uklju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uje nasilno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anje i sli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na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anja)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a)</w:t>
            </w:r>
          </w:p>
        </w:tc>
      </w:tr>
      <w:tr w:rsidR="00352B16" w:rsidRPr="000A3F86" w14:paraId="6C959A0B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4EF18E" w14:textId="5A28659B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nasilno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anje koje nije rezultiralo te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im posljedicama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b)</w:t>
            </w:r>
          </w:p>
        </w:tc>
      </w:tr>
      <w:tr w:rsidR="00352B16" w:rsidRPr="000A3F86" w14:paraId="32A37759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438072" w14:textId="4D25980E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krivotvorenje ispri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nica ili ispitnih materijala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c)</w:t>
            </w:r>
          </w:p>
        </w:tc>
      </w:tr>
      <w:tr w:rsidR="00352B16" w:rsidRPr="000A3F86" w14:paraId="0D7D901B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265451" w14:textId="6509E377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neovla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teno kori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tenje tu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>ih podataka za pristup elektroni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kim bazama podataka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kole bez njihove izmjene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d)</w:t>
            </w:r>
          </w:p>
        </w:tc>
      </w:tr>
      <w:tr w:rsidR="00352B16" w:rsidRPr="000A3F86" w14:paraId="2600259E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0E05C5" w14:textId="023E6A11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kra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>a tu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 xml:space="preserve">e stvari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e)</w:t>
            </w:r>
          </w:p>
        </w:tc>
      </w:tr>
      <w:tr w:rsidR="00352B16" w:rsidRPr="000A3F86" w14:paraId="6DB3C646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AFEA13" w14:textId="2191C6BB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poticanje grupnoga govora mr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nje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f)</w:t>
            </w:r>
          </w:p>
        </w:tc>
      </w:tr>
      <w:tr w:rsidR="00352B16" w:rsidRPr="000A3F86" w14:paraId="007F666B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CA5083" w14:textId="3B955B12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uni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tavanje slu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bene dokumentacije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kole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g)</w:t>
            </w:r>
          </w:p>
        </w:tc>
      </w:tr>
      <w:tr w:rsidR="00352B16" w:rsidRPr="000A3F86" w14:paraId="451AE641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88CC85" w14:textId="319A974A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prisila drugog 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enika na neprihvatljivo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anje ili iznuda drugog 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enika (npr. iznu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 xml:space="preserve">ivanje novca)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h)</w:t>
            </w:r>
          </w:p>
        </w:tc>
      </w:tr>
      <w:tr w:rsidR="00352B16" w:rsidRPr="000A3F86" w14:paraId="05A80955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002C16" w14:textId="3A98E96F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uno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enje ili konzumiranje psihoaktivnih sredstava, alkohola i droge te drugih tvari koje su zakonima zabranjeni u prostor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kole ili na drugo mjesto gdje se odr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ava odgojno-obrazovni rad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i)</w:t>
            </w:r>
          </w:p>
        </w:tc>
      </w:tr>
      <w:tr w:rsidR="00352B16" w:rsidRPr="000A3F86" w14:paraId="72CB1BDD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7AC458" w14:textId="136A4CBE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dovo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>enje ili pomaganje prilikom dolaska neovla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tenim osobama koje su nanijele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tetu osobama ili imovini u prostoru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kole ili na drugome mjestu gdje se odr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ava odgojno-obrazovni rad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j)</w:t>
            </w:r>
          </w:p>
        </w:tc>
      </w:tr>
      <w:tr w:rsidR="00352B16" w:rsidRPr="000A3F86" w14:paraId="09E18702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F8DA74" w14:textId="025CA61B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namjerno uni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tavanje imovine nano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enjem ve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ć</w:t>
            </w:r>
            <w:r w:rsidRPr="000A3F86">
              <w:rPr>
                <w:sz w:val="24"/>
                <w:szCs w:val="32"/>
                <w:lang w:val="hr-HR"/>
              </w:rPr>
              <w:t xml:space="preserve">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tete u prostoru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kole ili na drugome mjestu gdje se odr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ava odgojno-obrazovni rad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k)</w:t>
            </w:r>
          </w:p>
        </w:tc>
      </w:tr>
      <w:tr w:rsidR="00352B16" w:rsidRPr="000A3F86" w14:paraId="5B2C3D4D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051CBD" w14:textId="0965E917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udaranje, sudjelovanje u tu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njavi i druga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anja koja mogu ugroziti sigurnost samog 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enika ili druge osobe, ali bez te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ih posljedica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4.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l)</w:t>
            </w:r>
          </w:p>
        </w:tc>
      </w:tr>
    </w:tbl>
    <w:p w14:paraId="2FB37ECA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4B38871E" w14:textId="0F4A47DC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Osobito teška ponašanja: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352B16" w:rsidRPr="000A3F86" w14:paraId="07793C80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A46310" w14:textId="3BD13E13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krivotvorenje pisane ili elektroni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ke slu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bene dokumentacije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 xml:space="preserve">kole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5.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a)</w:t>
            </w:r>
          </w:p>
        </w:tc>
      </w:tr>
      <w:tr w:rsidR="00352B16" w:rsidRPr="000A3F86" w14:paraId="54670477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12AC40" w14:textId="76675911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objavljivanje materijala elektroni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kim ili drugim putem, a koji za posljedicu imaju povredu ugleda,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asti i dostojanstva druge osobe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5.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b)</w:t>
            </w:r>
          </w:p>
        </w:tc>
      </w:tr>
      <w:tr w:rsidR="00352B16" w:rsidRPr="000A3F86" w14:paraId="54A8BCD2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2334AE" w14:textId="66ED943B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te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ka kra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>a odnosno kra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>a po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injena na opasan ili drzak 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>in, obijanjem, provaljivanjem ili svladavanjem prepreka da se do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đ</w:t>
            </w:r>
            <w:r w:rsidRPr="000A3F86">
              <w:rPr>
                <w:sz w:val="24"/>
                <w:szCs w:val="32"/>
                <w:lang w:val="hr-HR"/>
              </w:rPr>
              <w:t xml:space="preserve">e do stvari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5.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c)</w:t>
            </w:r>
          </w:p>
        </w:tc>
      </w:tr>
      <w:tr w:rsidR="00352B16" w:rsidRPr="000A3F86" w14:paraId="5C269A9A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60944F" w14:textId="5002ADF5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lastRenderedPageBreak/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uno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enje ili kori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tenje oru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ja ili opasnih predmeta u prostor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kole ili na drugo mjesto gdje se odr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ž</w:t>
            </w:r>
            <w:r w:rsidRPr="000A3F86">
              <w:rPr>
                <w:sz w:val="24"/>
                <w:szCs w:val="32"/>
                <w:lang w:val="hr-HR"/>
              </w:rPr>
              <w:t xml:space="preserve">ava odgojno-obrazovni rad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5.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d)</w:t>
            </w:r>
          </w:p>
        </w:tc>
      </w:tr>
      <w:tr w:rsidR="00352B16" w:rsidRPr="000A3F86" w14:paraId="0CC00FB0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05E21B" w14:textId="39FEEB80" w:rsidR="00352B16" w:rsidRPr="000A3F86" w:rsidRDefault="00352B16" w:rsidP="00352B16">
            <w:pPr>
              <w:rPr>
                <w:rFonts w:cs="Times New Roman"/>
                <w:sz w:val="24"/>
                <w:szCs w:val="32"/>
                <w:lang w:val="hr-HR"/>
              </w:rPr>
            </w:pPr>
            <w:r w:rsidRPr="000A3F86">
              <w:rPr>
                <w:rFonts w:ascii="Segoe UI Symbol" w:hAnsi="Segoe UI Symbol" w:cs="Segoe UI Symbol"/>
                <w:sz w:val="24"/>
                <w:szCs w:val="32"/>
                <w:lang w:val="hr-HR"/>
              </w:rPr>
              <w:t>☐</w:t>
            </w:r>
            <w:r w:rsidRPr="000A3F86">
              <w:rPr>
                <w:sz w:val="24"/>
                <w:szCs w:val="32"/>
                <w:lang w:val="hr-HR"/>
              </w:rPr>
              <w:t xml:space="preserve"> nasilno pona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anje koje je rezultiralo te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š</w:t>
            </w:r>
            <w:r w:rsidRPr="000A3F86">
              <w:rPr>
                <w:sz w:val="24"/>
                <w:szCs w:val="32"/>
                <w:lang w:val="hr-HR"/>
              </w:rPr>
              <w:t>kim emocionalnim ili fizi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kim posljedicama za drugu osobu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—</w:t>
            </w:r>
            <w:r w:rsidRPr="000A3F86">
              <w:rPr>
                <w:sz w:val="24"/>
                <w:szCs w:val="32"/>
                <w:lang w:val="hr-HR"/>
              </w:rPr>
              <w:t xml:space="preserve"> </w:t>
            </w:r>
            <w:r w:rsidRPr="000A3F86">
              <w:rPr>
                <w:rFonts w:cs="Times New Roman"/>
                <w:sz w:val="24"/>
                <w:szCs w:val="32"/>
                <w:lang w:val="hr-HR"/>
              </w:rPr>
              <w:t>č</w:t>
            </w:r>
            <w:r w:rsidRPr="000A3F86">
              <w:rPr>
                <w:sz w:val="24"/>
                <w:szCs w:val="32"/>
                <w:lang w:val="hr-HR"/>
              </w:rPr>
              <w:t xml:space="preserve">l. 3. st. 5. </w:t>
            </w:r>
            <w:proofErr w:type="spellStart"/>
            <w:r w:rsidRPr="000A3F86">
              <w:rPr>
                <w:sz w:val="24"/>
                <w:szCs w:val="32"/>
                <w:lang w:val="hr-HR"/>
              </w:rPr>
              <w:t>podst</w:t>
            </w:r>
            <w:proofErr w:type="spellEnd"/>
            <w:r w:rsidRPr="000A3F86">
              <w:rPr>
                <w:sz w:val="24"/>
                <w:szCs w:val="32"/>
                <w:lang w:val="hr-HR"/>
              </w:rPr>
              <w:t>. e)</w:t>
            </w:r>
          </w:p>
        </w:tc>
      </w:tr>
    </w:tbl>
    <w:p w14:paraId="5B0E24B6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3F26794D" w14:textId="1413EA3F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Obrazloženje odabrane kategorije i poveznica s utvrđenim činjenicama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5543F53C" w14:textId="77777777" w:rsidTr="00827C20">
        <w:trPr>
          <w:cantSplit/>
          <w:trHeight w:val="2746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9654D5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66411E35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6B30C53F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490BF49A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6AB39561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420858D0" w14:textId="0676977D" w:rsidR="00997341" w:rsidRPr="000A3F86" w:rsidRDefault="00997341" w:rsidP="00827C2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997341" w:rsidRPr="000A3F86" w14:paraId="3844EF69" w14:textId="77777777" w:rsidTr="00FC47D3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97788D" w14:textId="5F96DEB0" w:rsidR="00997341" w:rsidRPr="000A3F86" w:rsidRDefault="00997341" w:rsidP="00FC47D3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odgovorna osoba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F8AE56" w14:textId="77777777" w:rsidR="00997341" w:rsidRPr="000A3F86" w:rsidRDefault="00997341" w:rsidP="00FC47D3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datum i potpis</w:t>
            </w:r>
          </w:p>
        </w:tc>
      </w:tr>
    </w:tbl>
    <w:p w14:paraId="29E0B9D9" w14:textId="52C51C03" w:rsidR="00352B16" w:rsidRPr="000A3F86" w:rsidRDefault="00352B16">
      <w:pPr>
        <w:spacing w:after="200" w:line="276" w:lineRule="auto"/>
        <w:rPr>
          <w:b/>
          <w:color w:val="26384A"/>
          <w:sz w:val="24"/>
          <w:szCs w:val="24"/>
          <w:lang w:val="hr-HR"/>
        </w:rPr>
      </w:pPr>
      <w:r w:rsidRPr="000A3F86">
        <w:rPr>
          <w:b/>
          <w:color w:val="26384A"/>
          <w:sz w:val="24"/>
          <w:szCs w:val="24"/>
          <w:lang w:val="hr-HR"/>
        </w:rPr>
        <w:br w:type="page"/>
      </w:r>
    </w:p>
    <w:p w14:paraId="0F84AEBF" w14:textId="01E784DD" w:rsidR="00E95192" w:rsidRPr="005035EC" w:rsidRDefault="00E95192" w:rsidP="00E95192">
      <w:pPr>
        <w:keepNext/>
        <w:jc w:val="center"/>
        <w:rPr>
          <w:rFonts w:ascii="Baskervville" w:hAnsi="Baskervville"/>
          <w:sz w:val="24"/>
          <w:szCs w:val="24"/>
          <w:lang w:val="hr-HR"/>
        </w:rPr>
      </w:pPr>
      <w:r w:rsidRPr="005035EC">
        <w:rPr>
          <w:rFonts w:ascii="Baskervville" w:hAnsi="Baskervville"/>
          <w:b/>
          <w:color w:val="26384A"/>
          <w:sz w:val="24"/>
          <w:szCs w:val="24"/>
          <w:lang w:val="hr-HR"/>
        </w:rPr>
        <w:lastRenderedPageBreak/>
        <w:t>POZIV UČENIKU NA SAVJETOVANJE I IZJAŠNJAVANJE</w:t>
      </w:r>
    </w:p>
    <w:p w14:paraId="70309081" w14:textId="77777777" w:rsidR="00E95192" w:rsidRPr="000A3F86" w:rsidRDefault="00E95192" w:rsidP="00E95192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i/>
          <w:color w:val="6B7280"/>
          <w:sz w:val="24"/>
          <w:szCs w:val="24"/>
          <w:lang w:val="hr-HR"/>
        </w:rPr>
        <w:t xml:space="preserve">temeljem čl. 5. st. 2. i 3. </w:t>
      </w:r>
      <w:r w:rsidRPr="000A3F86">
        <w:rPr>
          <w:rFonts w:cs="Times New Roman"/>
          <w:i/>
          <w:color w:val="6B7280"/>
          <w:sz w:val="24"/>
          <w:szCs w:val="24"/>
          <w:lang w:val="hr-HR"/>
        </w:rPr>
        <w:t>(NN 94/15, 3/17, 22/26)</w:t>
      </w:r>
    </w:p>
    <w:p w14:paraId="4992A05C" w14:textId="77777777" w:rsidR="00E95192" w:rsidRPr="000A3F86" w:rsidRDefault="00E95192" w:rsidP="00997341">
      <w:pPr>
        <w:keepNext/>
        <w:rPr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E95192" w:rsidRPr="000A3F86" w14:paraId="253AC5C3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EC5C3E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Naziv i adresa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9B8499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322CEA95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C19E22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KLASA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DC6574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1788EE05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302F00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URBROJ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87B072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076082FA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1FE731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Mjesto i datum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F5378B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009D5278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8D5C22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143760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46072E10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716AFC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221186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1C7EFF05" w14:textId="77777777" w:rsidR="00E95192" w:rsidRPr="000A3F86" w:rsidRDefault="00E95192" w:rsidP="00E95192">
      <w:pPr>
        <w:spacing w:after="20"/>
        <w:rPr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E95192" w:rsidRPr="000A3F86" w14:paraId="53DA6C54" w14:textId="77777777" w:rsidTr="00FC47D3">
        <w:trPr>
          <w:jc w:val="center"/>
        </w:trPr>
        <w:tc>
          <w:tcPr>
            <w:tcW w:w="10091" w:type="dxa"/>
            <w:shd w:val="clear" w:color="auto" w:fill="F6F7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0A292C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6B7280"/>
                <w:sz w:val="24"/>
                <w:szCs w:val="24"/>
                <w:lang w:val="hr-HR"/>
              </w:rPr>
              <w:t>Ovim te putem pozivamo na razgovor kako bi ti se omogućilo savjetovanje te izjašnjavanje o činjenicama i okolnostima važnima za odlučivanje o opravdanosti izricanja pedagoške mjere. Poziv ne znači da je odgovornost učenika unaprijed utvrđena, već predstavlja priliku za izjašnjavanje o okolnostima događaja i ponašanja.</w:t>
            </w:r>
          </w:p>
        </w:tc>
      </w:tr>
    </w:tbl>
    <w:p w14:paraId="7D7AA934" w14:textId="77777777" w:rsidR="00E95192" w:rsidRPr="000A3F86" w:rsidRDefault="00E95192" w:rsidP="00E95192">
      <w:pPr>
        <w:keepNext/>
        <w:rPr>
          <w:b/>
          <w:color w:val="000000"/>
          <w:sz w:val="24"/>
          <w:szCs w:val="24"/>
          <w:lang w:val="hr-HR"/>
        </w:rPr>
      </w:pPr>
    </w:p>
    <w:p w14:paraId="65BA3629" w14:textId="77777777" w:rsidR="00E95192" w:rsidRPr="000A3F86" w:rsidRDefault="00E95192" w:rsidP="00E95192">
      <w:pPr>
        <w:keepNext/>
        <w:rPr>
          <w:sz w:val="24"/>
          <w:szCs w:val="24"/>
          <w:lang w:val="hr-HR"/>
        </w:rPr>
      </w:pPr>
      <w:r w:rsidRPr="000A3F86">
        <w:rPr>
          <w:b/>
          <w:color w:val="000000"/>
          <w:sz w:val="24"/>
          <w:szCs w:val="24"/>
          <w:lang w:val="hr-HR"/>
        </w:rPr>
        <w:t>Kratak opis događaja / ponašanja o kojem će se razgovarati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997341" w:rsidRPr="000A3F86" w14:paraId="68B588DC" w14:textId="77777777" w:rsidTr="006F4DB0">
        <w:trPr>
          <w:cantSplit/>
          <w:trHeight w:val="1288"/>
          <w:jc w:val="center"/>
        </w:trPr>
        <w:tc>
          <w:tcPr>
            <w:tcW w:w="10091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55C8BF" w14:textId="77777777" w:rsidR="00997341" w:rsidRPr="000A3F86" w:rsidRDefault="00997341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46031038" w14:textId="77777777" w:rsidR="00997341" w:rsidRPr="000A3F86" w:rsidRDefault="00997341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0473188C" w14:textId="77777777" w:rsidR="00997341" w:rsidRDefault="00997341" w:rsidP="00FC47D3">
            <w:pPr>
              <w:rPr>
                <w:color w:val="000000"/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53CCF399" w14:textId="77777777" w:rsidR="005035EC" w:rsidRDefault="005035EC" w:rsidP="00FC47D3">
            <w:pPr>
              <w:rPr>
                <w:color w:val="000000"/>
                <w:sz w:val="24"/>
                <w:szCs w:val="24"/>
                <w:lang w:val="hr-HR"/>
              </w:rPr>
            </w:pPr>
          </w:p>
          <w:p w14:paraId="33BCAFEB" w14:textId="7E91FD18" w:rsidR="005035EC" w:rsidRPr="000A3F86" w:rsidRDefault="005035EC" w:rsidP="00FC47D3">
            <w:pPr>
              <w:rPr>
                <w:sz w:val="24"/>
                <w:szCs w:val="24"/>
                <w:lang w:val="hr-HR"/>
              </w:rPr>
            </w:pPr>
          </w:p>
        </w:tc>
      </w:tr>
      <w:tr w:rsidR="00E95192" w:rsidRPr="000A3F86" w14:paraId="2BBF5CDE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061E17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Datum i vrijeme razgovora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BD42FA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39F8DA2D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5A87A3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Mjesto razgovora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127400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28AA0849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D6B057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Razgovor će voditi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37B1BA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7D8038B7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0C9896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Druge predviđene prisutne osobe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467194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4F36BC5C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0CD1A5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Osoba za kontakt / način javljanja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D388DF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01E4FE40" w14:textId="77777777" w:rsidR="00E95192" w:rsidRPr="000A3F86" w:rsidRDefault="00E95192" w:rsidP="00E95192">
      <w:pPr>
        <w:spacing w:after="20"/>
        <w:rPr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E95192" w:rsidRPr="000A3F86" w14:paraId="5038999D" w14:textId="77777777" w:rsidTr="00FC47D3">
        <w:trPr>
          <w:jc w:val="center"/>
        </w:trPr>
        <w:tc>
          <w:tcPr>
            <w:tcW w:w="10091" w:type="dxa"/>
            <w:shd w:val="clear" w:color="auto" w:fill="F6F7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FA9525" w14:textId="2340E091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6B7280"/>
                <w:sz w:val="24"/>
                <w:szCs w:val="24"/>
                <w:lang w:val="hr-HR"/>
              </w:rPr>
              <w:t>Ako se iz opravdanog razloga ne može</w:t>
            </w:r>
            <w:r w:rsidR="001D5CC0" w:rsidRPr="000A3F86">
              <w:rPr>
                <w:color w:val="6B7280"/>
                <w:sz w:val="24"/>
                <w:szCs w:val="24"/>
                <w:lang w:val="hr-HR"/>
              </w:rPr>
              <w:t>š</w:t>
            </w:r>
            <w:r w:rsidRPr="000A3F86">
              <w:rPr>
                <w:color w:val="6B7280"/>
                <w:sz w:val="24"/>
                <w:szCs w:val="24"/>
                <w:lang w:val="hr-HR"/>
              </w:rPr>
              <w:t xml:space="preserve"> odazvati</w:t>
            </w:r>
            <w:r w:rsidR="001D5CC0" w:rsidRPr="000A3F86">
              <w:rPr>
                <w:color w:val="6B7280"/>
                <w:sz w:val="24"/>
                <w:szCs w:val="24"/>
                <w:lang w:val="hr-HR"/>
              </w:rPr>
              <w:t xml:space="preserve"> pozivu</w:t>
            </w:r>
            <w:r w:rsidRPr="000A3F86">
              <w:rPr>
                <w:color w:val="6B7280"/>
                <w:sz w:val="24"/>
                <w:szCs w:val="24"/>
                <w:lang w:val="hr-HR"/>
              </w:rPr>
              <w:t>, potrebno je što prije obavijestiti navedenu osobu radi dogovora novog termina. Ako se bez opravdanog razloga ne odazove</w:t>
            </w:r>
            <w:r w:rsidR="001D5CC0" w:rsidRPr="000A3F86">
              <w:rPr>
                <w:color w:val="6B7280"/>
                <w:sz w:val="24"/>
                <w:szCs w:val="24"/>
                <w:lang w:val="hr-HR"/>
              </w:rPr>
              <w:t>š</w:t>
            </w:r>
            <w:r w:rsidRPr="000A3F86">
              <w:rPr>
                <w:color w:val="6B7280"/>
                <w:sz w:val="24"/>
                <w:szCs w:val="24"/>
                <w:lang w:val="hr-HR"/>
              </w:rPr>
              <w:t xml:space="preserve"> pozivu, mjera se može izreći i bez </w:t>
            </w:r>
            <w:r w:rsidR="001D5CC0" w:rsidRPr="000A3F86">
              <w:rPr>
                <w:color w:val="6B7280"/>
                <w:sz w:val="24"/>
                <w:szCs w:val="24"/>
                <w:lang w:val="hr-HR"/>
              </w:rPr>
              <w:t>tvojeg</w:t>
            </w:r>
            <w:r w:rsidRPr="000A3F86">
              <w:rPr>
                <w:color w:val="6B7280"/>
                <w:sz w:val="24"/>
                <w:szCs w:val="24"/>
                <w:lang w:val="hr-HR"/>
              </w:rPr>
              <w:t xml:space="preserve"> izjašnjavanja.</w:t>
            </w:r>
          </w:p>
        </w:tc>
      </w:tr>
    </w:tbl>
    <w:p w14:paraId="2669FF78" w14:textId="77777777" w:rsidR="00E95192" w:rsidRPr="000A3F86" w:rsidRDefault="00E95192" w:rsidP="00E95192">
      <w:pPr>
        <w:keepNext/>
        <w:rPr>
          <w:b/>
          <w:color w:val="000000"/>
          <w:sz w:val="24"/>
          <w:szCs w:val="24"/>
          <w:lang w:val="hr-HR"/>
        </w:rPr>
      </w:pPr>
    </w:p>
    <w:p w14:paraId="4B7A537E" w14:textId="77777777" w:rsidR="00E95192" w:rsidRPr="000A3F86" w:rsidRDefault="00E95192" w:rsidP="00E95192">
      <w:pPr>
        <w:keepNext/>
        <w:rPr>
          <w:sz w:val="24"/>
          <w:szCs w:val="24"/>
          <w:lang w:val="hr-HR"/>
        </w:rPr>
      </w:pPr>
      <w:r w:rsidRPr="000A3F86">
        <w:rPr>
          <w:b/>
          <w:color w:val="000000"/>
          <w:sz w:val="24"/>
          <w:szCs w:val="24"/>
          <w:lang w:val="hr-HR"/>
        </w:rPr>
        <w:t>Način uručenja / obavještavanja: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2045"/>
        <w:gridCol w:w="5046"/>
      </w:tblGrid>
      <w:tr w:rsidR="00E95192" w:rsidRPr="000A3F86" w14:paraId="1B2ED9CF" w14:textId="77777777" w:rsidTr="00FC47D3">
        <w:trPr>
          <w:jc w:val="center"/>
        </w:trPr>
        <w:tc>
          <w:tcPr>
            <w:tcW w:w="5045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E1EBC1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osobno u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č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>eniku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1E22EE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putem roditelja / zakonskog zastupnika</w:t>
            </w:r>
          </w:p>
        </w:tc>
      </w:tr>
      <w:tr w:rsidR="00E95192" w:rsidRPr="000A3F86" w14:paraId="0B57EF04" w14:textId="77777777" w:rsidTr="00FC47D3">
        <w:trPr>
          <w:jc w:val="center"/>
        </w:trPr>
        <w:tc>
          <w:tcPr>
            <w:tcW w:w="5045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668967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putem razrednika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B21EE4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putem 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š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>kolskog informacijskog sustava</w:t>
            </w:r>
          </w:p>
        </w:tc>
      </w:tr>
      <w:tr w:rsidR="00E95192" w:rsidRPr="000A3F86" w14:paraId="6C7594B3" w14:textId="77777777" w:rsidTr="00FC47D3">
        <w:trPr>
          <w:jc w:val="center"/>
        </w:trPr>
        <w:tc>
          <w:tcPr>
            <w:tcW w:w="5045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792C4B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drugo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A509CC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47A14BD9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D67CB4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lastRenderedPageBreak/>
              <w:t>Datum i vrijeme uručenja / slanja</w:t>
            </w:r>
          </w:p>
        </w:tc>
        <w:tc>
          <w:tcPr>
            <w:tcW w:w="7091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7AF1F6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3DB3ED51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E7A9BD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Bilješka o uručenju, odbijanju primitka ili drugoj okolnosti</w:t>
            </w:r>
          </w:p>
        </w:tc>
        <w:tc>
          <w:tcPr>
            <w:tcW w:w="7091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676C55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3AA420C1" w14:textId="77777777" w:rsidR="00E95192" w:rsidRPr="000A3F86" w:rsidRDefault="00E95192" w:rsidP="00E95192">
      <w:pPr>
        <w:spacing w:after="20"/>
        <w:rPr>
          <w:sz w:val="24"/>
          <w:szCs w:val="24"/>
          <w:lang w:val="hr-HR"/>
        </w:rPr>
      </w:pPr>
    </w:p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E95192" w:rsidRPr="000A3F86" w14:paraId="048EA752" w14:textId="77777777" w:rsidTr="00FC47D3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896E45" w14:textId="77777777" w:rsidR="00E95192" w:rsidRPr="000A3F86" w:rsidRDefault="00E95192" w:rsidP="00FC47D3">
            <w:pPr>
              <w:jc w:val="center"/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i/>
                <w:color w:val="6B7280"/>
                <w:sz w:val="24"/>
                <w:szCs w:val="24"/>
                <w:lang w:val="hr-HR"/>
              </w:rPr>
              <w:t>osoba koja upućuje poziv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5824F5" w14:textId="77777777" w:rsidR="00E95192" w:rsidRPr="000A3F86" w:rsidRDefault="00E95192" w:rsidP="00FC47D3">
            <w:pPr>
              <w:jc w:val="center"/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i/>
                <w:color w:val="6B7280"/>
                <w:sz w:val="24"/>
                <w:szCs w:val="24"/>
                <w:lang w:val="hr-HR"/>
              </w:rPr>
              <w:t>učenik / potvrda primitka</w:t>
            </w:r>
          </w:p>
        </w:tc>
      </w:tr>
    </w:tbl>
    <w:p w14:paraId="6912C10B" w14:textId="191EC609" w:rsidR="00E95192" w:rsidRPr="000A3F86" w:rsidRDefault="00E95192" w:rsidP="00E95192">
      <w:pPr>
        <w:rPr>
          <w:sz w:val="24"/>
          <w:szCs w:val="24"/>
          <w:lang w:val="hr-HR"/>
        </w:rPr>
      </w:pPr>
      <w:r w:rsidRPr="000A3F86">
        <w:rPr>
          <w:sz w:val="24"/>
          <w:szCs w:val="24"/>
          <w:lang w:val="hr-HR"/>
        </w:rPr>
        <w:br w:type="page"/>
      </w:r>
    </w:p>
    <w:p w14:paraId="23B764DA" w14:textId="21F5ADA1" w:rsidR="007C18A6" w:rsidRPr="005035EC" w:rsidRDefault="00000000">
      <w:pPr>
        <w:keepNext/>
        <w:jc w:val="center"/>
        <w:rPr>
          <w:rFonts w:ascii="Baskervville" w:hAnsi="Baskervville" w:cs="Times New Roman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lastRenderedPageBreak/>
        <w:t>ZAPIS O SAVJETOVANJU I IZJAŠNJAVANJU UČENIKA</w:t>
      </w:r>
    </w:p>
    <w:p w14:paraId="13FD5FB5" w14:textId="77777777" w:rsidR="0069336D" w:rsidRPr="000A3F86" w:rsidRDefault="0069336D" w:rsidP="0069336D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rFonts w:cs="Times New Roman"/>
          <w:i/>
          <w:color w:val="6B7280"/>
          <w:sz w:val="24"/>
          <w:szCs w:val="24"/>
          <w:lang w:val="hr-HR"/>
        </w:rPr>
        <w:t>temeljem čl. 5. st. 2. i 3. (NN 94/15, 3/17, 22/26)</w:t>
      </w:r>
    </w:p>
    <w:p w14:paraId="4DA4BDFC" w14:textId="7A4D4E49" w:rsidR="007C18A6" w:rsidRPr="000A3F86" w:rsidRDefault="007C18A6">
      <w:pPr>
        <w:keepNext/>
        <w:jc w:val="center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4BC26794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194EA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Naziv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EA476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0EAD9272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0C69D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Adresa / sjedište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45251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096816F3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D7C8C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Školska godina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3E4EF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493D09E3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452B2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96B22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7176A34C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B1183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FACC2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A2C3E23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637E1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Razrednik/</w:t>
            </w:r>
            <w:proofErr w:type="spellStart"/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ca</w:t>
            </w:r>
            <w:proofErr w:type="spellEnd"/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EA00C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3E58A3E0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0AFB82C6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93961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Datum, vrijeme i mjesto razgovora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F13E9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DD52F27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D49DD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Razgovor vodio/la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B794D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0B6415F9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7ED67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Druge prisutne osobe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F6714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446188D7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ABA40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Način pozivanja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C0B80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6CCB69D5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p w14:paraId="52A80664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Učeniku su pojašnjene utvrđene činjenice i svrha razgovora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02CD319B" w14:textId="77777777" w:rsidTr="007A33BE">
        <w:trPr>
          <w:cantSplit/>
          <w:trHeight w:val="1288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75AB68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130A0778" w14:textId="4D3D8614" w:rsidR="00997341" w:rsidRPr="000A3F86" w:rsidRDefault="00997341" w:rsidP="007A33BE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027CE1D8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79B41E0A" w14:textId="45705BC1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Izjašnjavanje učenika o činjenicama i okolnostima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7F8963BF" w14:textId="77777777" w:rsidTr="00396393">
        <w:trPr>
          <w:cantSplit/>
          <w:trHeight w:val="2746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EE86C3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02B4C807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6C6A5835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46C6D4C7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54DDB9DF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0DF15CFF" w14:textId="59308936" w:rsidR="00997341" w:rsidRPr="000A3F86" w:rsidRDefault="00997341" w:rsidP="00396393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306B09A6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7E05EC48" w14:textId="164AC92C" w:rsidR="007C18A6" w:rsidRPr="000A3F86" w:rsidRDefault="001D5CC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Omogućeno savjetovanje učeniku / dogovoreni koraci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60470D0C" w14:textId="77777777" w:rsidTr="00BD67EA">
        <w:trPr>
          <w:cantSplit/>
          <w:trHeight w:val="1774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5D8987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6B71C87F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0725A2C8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4446841C" w14:textId="49E282D6" w:rsidR="00997341" w:rsidRPr="000A3F86" w:rsidRDefault="00997341" w:rsidP="00BD67EA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29EBA346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lastRenderedPageBreak/>
        <w:t>Ishod: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7C18A6" w:rsidRPr="000A3F86" w14:paraId="659118DC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E37F2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učenik se izjasnio</w:t>
            </w:r>
          </w:p>
        </w:tc>
      </w:tr>
      <w:tr w:rsidR="007C18A6" w:rsidRPr="000A3F86" w14:paraId="116CA1FE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73A42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učenik nije želio dati izjavu</w:t>
            </w:r>
          </w:p>
        </w:tc>
      </w:tr>
      <w:tr w:rsidR="007C18A6" w:rsidRPr="000A3F86" w14:paraId="06B68BC9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8F477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učenik se bez opravdanog razloga nije odazvao</w:t>
            </w:r>
          </w:p>
        </w:tc>
      </w:tr>
      <w:tr w:rsidR="007C18A6" w:rsidRPr="000A3F86" w14:paraId="15A3B19A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1D5DC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razgovor odgođen zbog opravdanog razloga</w:t>
            </w:r>
          </w:p>
        </w:tc>
      </w:tr>
    </w:tbl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363"/>
        <w:gridCol w:w="3363"/>
        <w:gridCol w:w="3365"/>
      </w:tblGrid>
      <w:tr w:rsidR="007C18A6" w:rsidRPr="000A3F86" w14:paraId="592E883C" w14:textId="77777777">
        <w:trPr>
          <w:jc w:val="center"/>
        </w:trPr>
        <w:tc>
          <w:tcPr>
            <w:tcW w:w="336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E122A8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učenik</w:t>
            </w:r>
          </w:p>
        </w:tc>
        <w:tc>
          <w:tcPr>
            <w:tcW w:w="336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FB6C56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odgojno-obrazovni radnik</w:t>
            </w:r>
          </w:p>
        </w:tc>
        <w:tc>
          <w:tcPr>
            <w:tcW w:w="336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77E8E5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druga prisutna osoba</w:t>
            </w:r>
          </w:p>
        </w:tc>
      </w:tr>
    </w:tbl>
    <w:p w14:paraId="692D4720" w14:textId="77777777" w:rsidR="007C18A6" w:rsidRPr="000A3F86" w:rsidRDefault="00000000">
      <w:pPr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sz w:val="24"/>
          <w:szCs w:val="24"/>
          <w:lang w:val="hr-HR"/>
        </w:rPr>
        <w:br w:type="page"/>
      </w:r>
    </w:p>
    <w:p w14:paraId="02D5129D" w14:textId="77777777" w:rsidR="00E95192" w:rsidRPr="005035EC" w:rsidRDefault="00E95192" w:rsidP="00E95192">
      <w:pPr>
        <w:keepNext/>
        <w:jc w:val="center"/>
        <w:rPr>
          <w:rFonts w:ascii="Baskervville" w:hAnsi="Baskervville"/>
          <w:sz w:val="24"/>
          <w:szCs w:val="24"/>
          <w:lang w:val="hr-HR"/>
        </w:rPr>
      </w:pPr>
      <w:r w:rsidRPr="005035EC">
        <w:rPr>
          <w:rFonts w:ascii="Baskervville" w:hAnsi="Baskervville"/>
          <w:b/>
          <w:color w:val="26384A"/>
          <w:sz w:val="24"/>
          <w:szCs w:val="24"/>
          <w:lang w:val="hr-HR"/>
        </w:rPr>
        <w:lastRenderedPageBreak/>
        <w:t>PISANI POZIV RODITELJU NA RAZGOVOR</w:t>
      </w:r>
    </w:p>
    <w:p w14:paraId="4337C410" w14:textId="22EC4BAE" w:rsidR="00E95192" w:rsidRPr="000A3F86" w:rsidRDefault="00E95192" w:rsidP="00E95192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i/>
          <w:color w:val="6B7280"/>
          <w:sz w:val="24"/>
          <w:szCs w:val="24"/>
          <w:lang w:val="hr-HR"/>
        </w:rPr>
        <w:t>temeljem čl. 5. st. 2. i 4.; čl. 6. st. 2.</w:t>
      </w:r>
      <w:r w:rsidRPr="000A3F86">
        <w:rPr>
          <w:rFonts w:cs="Times New Roman"/>
          <w:i/>
          <w:color w:val="6B7280"/>
          <w:sz w:val="24"/>
          <w:szCs w:val="24"/>
          <w:lang w:val="hr-HR"/>
        </w:rPr>
        <w:t xml:space="preserve"> (NN 94/15, 3/17, 22/26)</w:t>
      </w:r>
    </w:p>
    <w:p w14:paraId="1235ACAF" w14:textId="77777777" w:rsidR="00E95192" w:rsidRPr="000A3F86" w:rsidRDefault="00E95192" w:rsidP="00E95192">
      <w:pPr>
        <w:keepNext/>
        <w:jc w:val="center"/>
        <w:rPr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E95192" w:rsidRPr="000A3F86" w14:paraId="436C013D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69680A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Naziv i adresa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C92A63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18646E65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7862DE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KLASA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75B318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488DA52E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EBE7E4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URBROJ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2BEF70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16E4AA3D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06BB89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Mjesto i datum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557135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6AD077F9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63B189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Ime i prezime roditelja / zakonskog zastupnika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9ECAA1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7E9F23EE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978477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Adresa / kontakt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C1B090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3FD0951C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325454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D9F674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650CF852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F52C43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AFDF0E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3D9F52A2" w14:textId="77777777" w:rsidR="00E95192" w:rsidRPr="000A3F86" w:rsidRDefault="00E95192" w:rsidP="00E95192">
      <w:pPr>
        <w:spacing w:after="20"/>
        <w:rPr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E95192" w:rsidRPr="000A3F86" w14:paraId="277037B8" w14:textId="77777777" w:rsidTr="00FC47D3">
        <w:trPr>
          <w:jc w:val="center"/>
        </w:trPr>
        <w:tc>
          <w:tcPr>
            <w:tcW w:w="10091" w:type="dxa"/>
            <w:shd w:val="clear" w:color="auto" w:fill="F6F7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31D976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6B7280"/>
                <w:sz w:val="24"/>
                <w:szCs w:val="24"/>
                <w:lang w:val="hr-HR"/>
              </w:rPr>
              <w:t>Pozivate se na razgovor radi informiranja o neprihvatljivom ponašanju učenika, načinu prikupljanja informacija i informacijama važnima za odlučivanje o opravdanosti izricanja pedagoške mjere te radi dogovora o pomoći i potpori učeniku.</w:t>
            </w:r>
          </w:p>
        </w:tc>
      </w:tr>
    </w:tbl>
    <w:p w14:paraId="009D7C98" w14:textId="77777777" w:rsidR="00E95192" w:rsidRPr="000A3F86" w:rsidRDefault="00E95192" w:rsidP="00E95192">
      <w:pPr>
        <w:keepNext/>
        <w:rPr>
          <w:b/>
          <w:color w:val="000000"/>
          <w:sz w:val="24"/>
          <w:szCs w:val="24"/>
          <w:lang w:val="hr-HR"/>
        </w:rPr>
      </w:pPr>
    </w:p>
    <w:p w14:paraId="17165BFF" w14:textId="63B863E3" w:rsidR="00E95192" w:rsidRPr="000A3F86" w:rsidRDefault="00E95192" w:rsidP="00E95192">
      <w:pPr>
        <w:keepNext/>
        <w:rPr>
          <w:sz w:val="24"/>
          <w:szCs w:val="24"/>
          <w:lang w:val="hr-HR"/>
        </w:rPr>
      </w:pPr>
      <w:r w:rsidRPr="000A3F86">
        <w:rPr>
          <w:b/>
          <w:color w:val="000000"/>
          <w:sz w:val="24"/>
          <w:szCs w:val="24"/>
          <w:lang w:val="hr-HR"/>
        </w:rPr>
        <w:t xml:space="preserve">Kratak </w:t>
      </w:r>
      <w:r w:rsidR="00CF30DC" w:rsidRPr="000A3F86">
        <w:rPr>
          <w:b/>
          <w:color w:val="000000"/>
          <w:sz w:val="24"/>
          <w:szCs w:val="24"/>
          <w:lang w:val="hr-HR"/>
        </w:rPr>
        <w:t xml:space="preserve">opis </w:t>
      </w:r>
      <w:r w:rsidRPr="000A3F86">
        <w:rPr>
          <w:b/>
          <w:color w:val="000000"/>
          <w:sz w:val="24"/>
          <w:szCs w:val="24"/>
          <w:lang w:val="hr-HR"/>
        </w:rPr>
        <w:t>događaja / ponašanja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997341" w:rsidRPr="000A3F86" w14:paraId="14A0A156" w14:textId="77777777" w:rsidTr="00CE2256">
        <w:trPr>
          <w:cantSplit/>
          <w:trHeight w:val="1288"/>
          <w:jc w:val="center"/>
        </w:trPr>
        <w:tc>
          <w:tcPr>
            <w:tcW w:w="10091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3142A7" w14:textId="77777777" w:rsidR="00997341" w:rsidRPr="000A3F86" w:rsidRDefault="00997341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37D6EC7E" w14:textId="77777777" w:rsidR="00997341" w:rsidRPr="000A3F86" w:rsidRDefault="00997341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4FD40A6C" w14:textId="4B3B5FEF" w:rsidR="00997341" w:rsidRPr="000A3F86" w:rsidRDefault="00997341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79A3CDFB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FEB9CC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Datum i vrijeme razgovora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2AA90A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77A135CE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21FEDC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Mjesto razgovora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3B0E51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04DB095A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9A0DC1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Razgovor će voditi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0E90EF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091AC28F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028428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Kontakt za potvrdu dolaska ili dogovor drugog termina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94D0CB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62A68E03" w14:textId="77777777" w:rsidR="00E95192" w:rsidRPr="000A3F86" w:rsidRDefault="00E95192" w:rsidP="00E95192">
      <w:pPr>
        <w:spacing w:after="20"/>
        <w:rPr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E95192" w:rsidRPr="000A3F86" w14:paraId="477B0407" w14:textId="77777777" w:rsidTr="00FC47D3">
        <w:trPr>
          <w:jc w:val="center"/>
        </w:trPr>
        <w:tc>
          <w:tcPr>
            <w:tcW w:w="10091" w:type="dxa"/>
            <w:shd w:val="clear" w:color="auto" w:fill="F6F7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A2ED6C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6B7280"/>
                <w:sz w:val="24"/>
                <w:szCs w:val="24"/>
                <w:lang w:val="hr-HR"/>
              </w:rPr>
              <w:t>Ako se ne možete odazvati u navedenom terminu, molimo da bez odgode kontaktirate školu radi dogovora drugog termina. Ako se roditelj ne odazove ni pisanom pozivu na razgovor, pedagoška mjera može se izreći i bez prethodnog informiranja roditelja.</w:t>
            </w:r>
          </w:p>
        </w:tc>
      </w:tr>
    </w:tbl>
    <w:p w14:paraId="12CFA259" w14:textId="77777777" w:rsidR="00E95192" w:rsidRPr="000A3F86" w:rsidRDefault="00E95192" w:rsidP="00E95192">
      <w:pPr>
        <w:keepNext/>
        <w:rPr>
          <w:b/>
          <w:color w:val="000000"/>
          <w:sz w:val="24"/>
          <w:szCs w:val="24"/>
          <w:lang w:val="hr-HR"/>
        </w:rPr>
      </w:pPr>
    </w:p>
    <w:p w14:paraId="5556586F" w14:textId="016174EF" w:rsidR="00E95192" w:rsidRPr="000A3F86" w:rsidRDefault="00E95192" w:rsidP="00E95192">
      <w:pPr>
        <w:keepNext/>
        <w:rPr>
          <w:sz w:val="24"/>
          <w:szCs w:val="24"/>
          <w:lang w:val="hr-HR"/>
        </w:rPr>
      </w:pPr>
      <w:r w:rsidRPr="000A3F86">
        <w:rPr>
          <w:b/>
          <w:color w:val="000000"/>
          <w:sz w:val="24"/>
          <w:szCs w:val="24"/>
          <w:lang w:val="hr-HR"/>
        </w:rPr>
        <w:t>Način slanja / uručenja: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2045"/>
        <w:gridCol w:w="5046"/>
      </w:tblGrid>
      <w:tr w:rsidR="00E95192" w:rsidRPr="000A3F86" w14:paraId="387F6A51" w14:textId="77777777" w:rsidTr="00FC47D3">
        <w:trPr>
          <w:jc w:val="center"/>
        </w:trPr>
        <w:tc>
          <w:tcPr>
            <w:tcW w:w="5045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8B76A2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preporu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č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>enom po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š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>iljkom s dokazom dostave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531CAA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osobno uz potvrdu primitka</w:t>
            </w:r>
          </w:p>
        </w:tc>
      </w:tr>
      <w:tr w:rsidR="00E95192" w:rsidRPr="000A3F86" w14:paraId="3ACC4801" w14:textId="77777777" w:rsidTr="00FC47D3">
        <w:trPr>
          <w:jc w:val="center"/>
        </w:trPr>
        <w:tc>
          <w:tcPr>
            <w:tcW w:w="5045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1E86FC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putem 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š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>kolskog informacijskog sustava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2D380E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elektroni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č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>kom po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š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>tom uz dokaz slanja / primitka</w:t>
            </w:r>
          </w:p>
        </w:tc>
      </w:tr>
      <w:tr w:rsidR="00E95192" w:rsidRPr="000A3F86" w14:paraId="736AA251" w14:textId="77777777" w:rsidTr="00FC47D3">
        <w:trPr>
          <w:jc w:val="center"/>
        </w:trPr>
        <w:tc>
          <w:tcPr>
            <w:tcW w:w="5045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F31CD0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 drugo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A53839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6F9EA35D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E205CB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lastRenderedPageBreak/>
              <w:t>Datum slanja / uručenja</w:t>
            </w:r>
          </w:p>
        </w:tc>
        <w:tc>
          <w:tcPr>
            <w:tcW w:w="7091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052D10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68D15BBA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EE1DD9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Datum dostave / primitka</w:t>
            </w:r>
          </w:p>
        </w:tc>
        <w:tc>
          <w:tcPr>
            <w:tcW w:w="7091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FBD96F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E95192" w:rsidRPr="000A3F86" w14:paraId="1852CE03" w14:textId="77777777" w:rsidTr="00FC47D3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B8D7B2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b/>
                <w:color w:val="000000"/>
                <w:sz w:val="24"/>
                <w:szCs w:val="24"/>
                <w:lang w:val="hr-HR"/>
              </w:rPr>
              <w:t>Dokaz dostave / broj pošiljke / bilješka o odbijanju primitka</w:t>
            </w:r>
          </w:p>
        </w:tc>
        <w:tc>
          <w:tcPr>
            <w:tcW w:w="7091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379B6F" w14:textId="77777777" w:rsidR="00E95192" w:rsidRPr="000A3F86" w:rsidRDefault="00E95192" w:rsidP="00FC47D3">
            <w:pPr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3BB61704" w14:textId="77777777" w:rsidR="00E95192" w:rsidRPr="000A3F86" w:rsidRDefault="00E95192" w:rsidP="00E95192">
      <w:pPr>
        <w:spacing w:after="20"/>
        <w:rPr>
          <w:sz w:val="24"/>
          <w:szCs w:val="24"/>
          <w:lang w:val="hr-HR"/>
        </w:rPr>
      </w:pPr>
    </w:p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E95192" w:rsidRPr="000A3F86" w14:paraId="31CA0A03" w14:textId="77777777" w:rsidTr="00FC47D3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9DCAB2" w14:textId="77777777" w:rsidR="00E95192" w:rsidRPr="000A3F86" w:rsidRDefault="00E95192" w:rsidP="00FC47D3">
            <w:pPr>
              <w:jc w:val="center"/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i/>
                <w:color w:val="6B7280"/>
                <w:sz w:val="24"/>
                <w:szCs w:val="24"/>
                <w:lang w:val="hr-HR"/>
              </w:rPr>
              <w:t>ovlaštena osoba škole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75EB20" w14:textId="77777777" w:rsidR="00E95192" w:rsidRPr="000A3F86" w:rsidRDefault="00E95192" w:rsidP="00FC47D3">
            <w:pPr>
              <w:jc w:val="center"/>
              <w:rPr>
                <w:sz w:val="24"/>
                <w:szCs w:val="24"/>
                <w:lang w:val="hr-HR"/>
              </w:rPr>
            </w:pPr>
            <w:r w:rsidRPr="000A3F86">
              <w:rPr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i/>
                <w:color w:val="6B7280"/>
                <w:sz w:val="24"/>
                <w:szCs w:val="24"/>
                <w:lang w:val="hr-HR"/>
              </w:rPr>
              <w:t>roditelj / potvrda primitka</w:t>
            </w:r>
          </w:p>
        </w:tc>
      </w:tr>
    </w:tbl>
    <w:p w14:paraId="727B64C0" w14:textId="77777777" w:rsidR="00E95192" w:rsidRPr="000A3F86" w:rsidRDefault="00E95192">
      <w:pPr>
        <w:rPr>
          <w:rFonts w:cs="Times New Roman"/>
          <w:sz w:val="24"/>
          <w:szCs w:val="24"/>
          <w:lang w:val="hr-HR"/>
        </w:rPr>
      </w:pPr>
    </w:p>
    <w:p w14:paraId="6C1BA23C" w14:textId="77777777" w:rsidR="00E95192" w:rsidRPr="000A3F86" w:rsidRDefault="00E95192">
      <w:pPr>
        <w:spacing w:after="200" w:line="276" w:lineRule="auto"/>
        <w:rPr>
          <w:rFonts w:cs="Times New Roman"/>
          <w:b/>
          <w:color w:val="26384A"/>
          <w:sz w:val="24"/>
          <w:szCs w:val="24"/>
          <w:lang w:val="hr-HR"/>
        </w:rPr>
      </w:pPr>
      <w:r w:rsidRPr="000A3F86">
        <w:rPr>
          <w:rFonts w:cs="Times New Roman"/>
          <w:b/>
          <w:color w:val="26384A"/>
          <w:sz w:val="24"/>
          <w:szCs w:val="24"/>
          <w:lang w:val="hr-HR"/>
        </w:rPr>
        <w:br w:type="page"/>
      </w:r>
    </w:p>
    <w:p w14:paraId="0F7537ED" w14:textId="4D811551" w:rsidR="007C18A6" w:rsidRPr="005035EC" w:rsidRDefault="00000000">
      <w:pPr>
        <w:keepNext/>
        <w:jc w:val="center"/>
        <w:rPr>
          <w:rFonts w:ascii="Baskervville" w:hAnsi="Baskervville" w:cs="Times New Roman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lastRenderedPageBreak/>
        <w:t>INFORMIRANJE RODITELJA I ZAPIS O KONTAKTIMA</w:t>
      </w:r>
    </w:p>
    <w:p w14:paraId="0FE6BF2D" w14:textId="77777777" w:rsidR="0069336D" w:rsidRPr="000A3F86" w:rsidRDefault="0069336D" w:rsidP="0069336D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rFonts w:cs="Times New Roman"/>
          <w:i/>
          <w:color w:val="6B7280"/>
          <w:sz w:val="24"/>
          <w:szCs w:val="24"/>
          <w:lang w:val="hr-HR"/>
        </w:rPr>
        <w:t>temeljem čl. 5. st. 2. i 4.; čl. 6. st. 2. (NN 94/15, 3/17, 22/26)</w:t>
      </w:r>
    </w:p>
    <w:p w14:paraId="1EEF2610" w14:textId="2240D354" w:rsidR="007C18A6" w:rsidRPr="000A3F86" w:rsidRDefault="007C18A6">
      <w:pPr>
        <w:keepNext/>
        <w:jc w:val="center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3CBCBE9C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93F8A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Naziv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B7B58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A1C0ECF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E93F1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Adresa / sjedište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2615B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401FEB0F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70E24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Školska godina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A6B2A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59D0D0A7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89821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510F9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5096E641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E16F9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837E7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7287DC5E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0C3BC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Razrednik/</w:t>
            </w:r>
            <w:proofErr w:type="spellStart"/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ca</w:t>
            </w:r>
            <w:proofErr w:type="spellEnd"/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5E3E4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611DF34A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700"/>
        <w:gridCol w:w="2700"/>
        <w:gridCol w:w="2500"/>
        <w:gridCol w:w="3191"/>
      </w:tblGrid>
      <w:tr w:rsidR="007C18A6" w:rsidRPr="000A3F86" w14:paraId="780160DE" w14:textId="77777777">
        <w:trPr>
          <w:tblHeader/>
          <w:jc w:val="center"/>
        </w:trPr>
        <w:tc>
          <w:tcPr>
            <w:tcW w:w="17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0B4283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Datum i vrijeme</w:t>
            </w:r>
          </w:p>
        </w:tc>
        <w:tc>
          <w:tcPr>
            <w:tcW w:w="27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037342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Način kontakta / poziva</w:t>
            </w:r>
          </w:p>
        </w:tc>
        <w:tc>
          <w:tcPr>
            <w:tcW w:w="25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697263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Osoba</w:t>
            </w:r>
          </w:p>
        </w:tc>
        <w:tc>
          <w:tcPr>
            <w:tcW w:w="3191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55F76A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Ishod</w:t>
            </w:r>
          </w:p>
        </w:tc>
      </w:tr>
      <w:tr w:rsidR="007C18A6" w:rsidRPr="000A3F86" w14:paraId="709D06DF" w14:textId="77777777">
        <w:trPr>
          <w:cantSplit/>
          <w:jc w:val="center"/>
        </w:trPr>
        <w:tc>
          <w:tcPr>
            <w:tcW w:w="1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EE09C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FADFB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64DB4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3BFE7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31DA0E25" w14:textId="77777777">
        <w:trPr>
          <w:cantSplit/>
          <w:jc w:val="center"/>
        </w:trPr>
        <w:tc>
          <w:tcPr>
            <w:tcW w:w="1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1D8EB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F936D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B96B3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53BF2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050DFC6" w14:textId="77777777">
        <w:trPr>
          <w:cantSplit/>
          <w:jc w:val="center"/>
        </w:trPr>
        <w:tc>
          <w:tcPr>
            <w:tcW w:w="1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5D716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D3DBE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A7E6D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4F893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AB8D827" w14:textId="77777777">
        <w:trPr>
          <w:cantSplit/>
          <w:jc w:val="center"/>
        </w:trPr>
        <w:tc>
          <w:tcPr>
            <w:tcW w:w="1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A5770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D37DE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91587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FB8F6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4480B1B" w14:textId="77777777">
        <w:trPr>
          <w:cantSplit/>
          <w:jc w:val="center"/>
        </w:trPr>
        <w:tc>
          <w:tcPr>
            <w:tcW w:w="1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492E6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86F8C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0269F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A9199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2ADEBC56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p w14:paraId="3DEC0B8E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Roditelj je informiran o: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7C18A6" w:rsidRPr="000A3F86" w14:paraId="1D9AD5C2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84180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neprihvatljivom ponašanju</w:t>
            </w:r>
          </w:p>
        </w:tc>
      </w:tr>
      <w:tr w:rsidR="007C18A6" w:rsidRPr="000A3F86" w14:paraId="258AEF05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0727B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načinu prikupljanja informacija</w:t>
            </w:r>
          </w:p>
        </w:tc>
      </w:tr>
      <w:tr w:rsidR="007C18A6" w:rsidRPr="000A3F86" w14:paraId="50D6C065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00695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prikupljenim informacijama važnima za odluku</w:t>
            </w:r>
          </w:p>
        </w:tc>
      </w:tr>
      <w:tr w:rsidR="007C18A6" w:rsidRPr="000A3F86" w14:paraId="5E6CD1F5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9FB19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mogućnosti razgovora i suradnje</w:t>
            </w:r>
          </w:p>
        </w:tc>
      </w:tr>
      <w:tr w:rsidR="007C18A6" w:rsidRPr="000A3F86" w14:paraId="44286CA7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BF979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predloženoj pomoći i potpori</w:t>
            </w:r>
          </w:p>
        </w:tc>
      </w:tr>
    </w:tbl>
    <w:p w14:paraId="70408793" w14:textId="7777777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5DDD1DDB" w14:textId="63B9F6DE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Sažetak razgovora, očitovanje roditelja i dostavljene informacije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566D5AFA" w14:textId="77777777" w:rsidTr="00B32FC7">
        <w:trPr>
          <w:cantSplit/>
          <w:trHeight w:val="3232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AC678F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330D9618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2B43D297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63F2A359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06CF3693" w14:textId="6E718BE2" w:rsidR="00997341" w:rsidRPr="000A3F86" w:rsidRDefault="00997341" w:rsidP="00B32FC7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1CA28E3A" w14:textId="2FBF0D07" w:rsidR="0069336D" w:rsidRPr="000A3F86" w:rsidRDefault="0069336D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7C18A6" w:rsidRPr="000A3F86" w14:paraId="600133C1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100E4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roditelj se odazvao</w:t>
            </w:r>
          </w:p>
        </w:tc>
      </w:tr>
      <w:tr w:rsidR="0069336D" w:rsidRPr="000A3F86" w14:paraId="5AE05241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595361" w14:textId="6AC07349" w:rsidR="0069336D" w:rsidRPr="000A3F86" w:rsidRDefault="0069336D">
            <w:pPr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Ako razgovor nije održan:</w:t>
            </w:r>
          </w:p>
        </w:tc>
      </w:tr>
      <w:tr w:rsidR="007C18A6" w:rsidRPr="000A3F86" w14:paraId="7CEF0CE0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2B4B2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roditelj se nije odazvao usmenom / elektroničkom pozivu</w:t>
            </w:r>
          </w:p>
        </w:tc>
      </w:tr>
      <w:tr w:rsidR="007C18A6" w:rsidRPr="000A3F86" w14:paraId="6E2E20EB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CDFB4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roditelj se nije odazvao ni pisanom pozivu</w:t>
            </w:r>
          </w:p>
        </w:tc>
      </w:tr>
      <w:tr w:rsidR="007C18A6" w:rsidRPr="000A3F86" w14:paraId="11E78854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B1CBE2" w14:textId="3C72FB10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pisani poziv i dokaz dostave </w:t>
            </w:r>
            <w:r w:rsidR="00AD5C0E"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u prilogu</w:t>
            </w:r>
          </w:p>
        </w:tc>
      </w:tr>
    </w:tbl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44B0EF64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65AF4A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roditelj / zakonski zastupnik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02B39A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radnik škole</w:t>
            </w:r>
          </w:p>
        </w:tc>
      </w:tr>
    </w:tbl>
    <w:p w14:paraId="52DC9E01" w14:textId="77777777" w:rsidR="007C18A6" w:rsidRPr="000A3F86" w:rsidRDefault="00000000">
      <w:pPr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sz w:val="24"/>
          <w:szCs w:val="24"/>
          <w:lang w:val="hr-HR"/>
        </w:rPr>
        <w:br w:type="page"/>
      </w:r>
    </w:p>
    <w:p w14:paraId="724352A1" w14:textId="77777777" w:rsidR="00E95192" w:rsidRPr="005035EC" w:rsidRDefault="00000000">
      <w:pPr>
        <w:keepNext/>
        <w:jc w:val="center"/>
        <w:rPr>
          <w:rFonts w:ascii="Baskervville" w:hAnsi="Baskervville" w:cs="Times New Roman"/>
          <w:b/>
          <w:color w:val="26384A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lastRenderedPageBreak/>
        <w:t>STRUČNA PROCJENA OKOLNOSTI I KONZULTACIJE</w:t>
      </w:r>
      <w:r w:rsidR="00E95192"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t xml:space="preserve"> </w:t>
      </w:r>
    </w:p>
    <w:p w14:paraId="2D137CEE" w14:textId="057B9D04" w:rsidR="007C18A6" w:rsidRPr="005035EC" w:rsidRDefault="00E95192">
      <w:pPr>
        <w:keepNext/>
        <w:jc w:val="center"/>
        <w:rPr>
          <w:rFonts w:ascii="Baskervville" w:hAnsi="Baskervville" w:cs="Times New Roman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t>PRIJE IZRICANJA PEDAGOŠKE MJERE</w:t>
      </w:r>
    </w:p>
    <w:p w14:paraId="5838F3C2" w14:textId="77777777" w:rsidR="00AD5C0E" w:rsidRPr="000A3F86" w:rsidRDefault="00AD5C0E" w:rsidP="00AD5C0E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rFonts w:cs="Times New Roman"/>
          <w:i/>
          <w:color w:val="6B7280"/>
          <w:sz w:val="24"/>
          <w:szCs w:val="24"/>
          <w:lang w:val="hr-HR"/>
        </w:rPr>
        <w:t>temeljem čl. 5. st. 1.; čl. 6. st. 2. (NN 94/15, 3/17, 22/26)</w:t>
      </w:r>
    </w:p>
    <w:p w14:paraId="5FAC733A" w14:textId="1BEC2B9A" w:rsidR="007C18A6" w:rsidRPr="000A3F86" w:rsidRDefault="007C18A6">
      <w:pPr>
        <w:keepNext/>
        <w:jc w:val="center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1115A682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CD5DD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Naziv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9534C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04C5C40B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A18D4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Adresa / sjedište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B51A7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B9D2DBF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FE881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Školska godina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B735F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A64F8C3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F0F85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74EAE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2703415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A81DF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917CD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E314A4B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8ABE8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Razrednik/</w:t>
            </w:r>
            <w:proofErr w:type="spellStart"/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ca</w:t>
            </w:r>
            <w:proofErr w:type="spellEnd"/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BC3B0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33FBF57D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4191"/>
        <w:gridCol w:w="2900"/>
      </w:tblGrid>
      <w:tr w:rsidR="007C18A6" w:rsidRPr="000A3F86" w14:paraId="71DA21F2" w14:textId="77777777">
        <w:trPr>
          <w:tblHeader/>
          <w:jc w:val="center"/>
        </w:trPr>
        <w:tc>
          <w:tcPr>
            <w:tcW w:w="30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0598DF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Obvezna okolnost</w:t>
            </w:r>
          </w:p>
        </w:tc>
        <w:tc>
          <w:tcPr>
            <w:tcW w:w="4191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C68265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Utvrđeni podaci / izvor</w:t>
            </w:r>
          </w:p>
        </w:tc>
        <w:tc>
          <w:tcPr>
            <w:tcW w:w="29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853F4B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Važnost za odluku</w:t>
            </w:r>
          </w:p>
        </w:tc>
      </w:tr>
      <w:tr w:rsidR="007C18A6" w:rsidRPr="000A3F86" w14:paraId="5C7A9F0E" w14:textId="77777777">
        <w:trPr>
          <w:cantSplit/>
          <w:jc w:val="center"/>
        </w:trPr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552AF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4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5D13E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D243A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75FB95EE" w14:textId="77777777">
        <w:trPr>
          <w:cantSplit/>
          <w:jc w:val="center"/>
        </w:trPr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34D52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4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E2C0D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0CD95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F3E6C4D" w14:textId="77777777">
        <w:trPr>
          <w:cantSplit/>
          <w:jc w:val="center"/>
        </w:trPr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B3C0C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4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F83D5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55BCF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41E3703" w14:textId="77777777">
        <w:trPr>
          <w:cantSplit/>
          <w:jc w:val="center"/>
        </w:trPr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CD9E7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4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45029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80252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780550D9" w14:textId="77777777">
        <w:trPr>
          <w:cantSplit/>
          <w:jc w:val="center"/>
        </w:trPr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3152D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4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44F44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5B20C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3676E77" w14:textId="77777777">
        <w:trPr>
          <w:cantSplit/>
          <w:jc w:val="center"/>
        </w:trPr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FB9DD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4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E47CC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92E4F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39C5FD23" w14:textId="77777777">
        <w:trPr>
          <w:cantSplit/>
          <w:jc w:val="center"/>
        </w:trPr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0599A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4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E588D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C092A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7B8CE899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7C18A6" w:rsidRPr="000A3F86" w14:paraId="6F0ADDD9" w14:textId="77777777">
        <w:trPr>
          <w:jc w:val="center"/>
        </w:trPr>
        <w:tc>
          <w:tcPr>
            <w:tcW w:w="10091" w:type="dxa"/>
            <w:shd w:val="clear" w:color="auto" w:fill="F6F7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C4415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6B7280"/>
                <w:sz w:val="24"/>
                <w:szCs w:val="24"/>
                <w:lang w:val="hr-HR"/>
              </w:rPr>
              <w:t>U redove upisati: dob; psihofizičku razvijenost i osobine; ranije ponašanje; okolnosti koje utječu na razvoj; okolnosti događaja; posljedice; druge važne okolnosti.</w:t>
            </w:r>
          </w:p>
        </w:tc>
      </w:tr>
    </w:tbl>
    <w:p w14:paraId="244609BC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0EEDBFBA" w14:textId="4E51696B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Međusobne / vanjske konzultacije: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3144730C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E0F9A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razrednik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D5F5D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učitelj / nastavnik</w:t>
            </w:r>
          </w:p>
        </w:tc>
      </w:tr>
      <w:tr w:rsidR="007C18A6" w:rsidRPr="000A3F86" w14:paraId="3AA519A0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FE739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stručni suradnik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A4643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ravnatelj</w:t>
            </w:r>
          </w:p>
        </w:tc>
      </w:tr>
      <w:tr w:rsidR="007C18A6" w:rsidRPr="000A3F86" w14:paraId="4BB6B844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D4D6D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školski liječnik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427CB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drugi stručnjak</w:t>
            </w:r>
          </w:p>
        </w:tc>
      </w:tr>
      <w:tr w:rsidR="007C18A6" w:rsidRPr="000A3F86" w14:paraId="41363E9C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C7EF5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Hrvatski zavod za socijalni rad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36610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druga nadležna institucija</w:t>
            </w:r>
          </w:p>
        </w:tc>
      </w:tr>
    </w:tbl>
    <w:p w14:paraId="74B923D1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590CCF6C" w14:textId="2DF03F4C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Rizični čimbenici koje treba ublažiti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1699A225" w14:textId="77777777" w:rsidTr="001F1B76">
        <w:trPr>
          <w:cantSplit/>
          <w:trHeight w:val="1774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33AA51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5B7E47E9" w14:textId="3119C57C" w:rsidR="00997341" w:rsidRPr="000A3F86" w:rsidRDefault="00997341" w:rsidP="001F1B7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07B3EB84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lastRenderedPageBreak/>
        <w:t>Zaštitni čimbenici koje treba ojačati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7CA3EE80" w14:textId="77777777" w:rsidTr="00C5168F">
        <w:trPr>
          <w:cantSplit/>
          <w:trHeight w:val="1774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0A021B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1C5ED1D1" w14:textId="77FF7F47" w:rsidR="00997341" w:rsidRPr="000A3F86" w:rsidRDefault="00997341" w:rsidP="00C5168F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1BB4DF07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4E2BE4CF" w14:textId="6FE76905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Zaključak konzultacija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61FC0BA1" w14:textId="77777777" w:rsidTr="00D2580A">
        <w:trPr>
          <w:cantSplit/>
          <w:trHeight w:val="1774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192781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04F5BA63" w14:textId="620D76B3" w:rsidR="00997341" w:rsidRPr="000A3F86" w:rsidRDefault="00997341" w:rsidP="00D2580A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636D335B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C6F205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sudionici konzultacije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3FAA18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datum</w:t>
            </w:r>
          </w:p>
        </w:tc>
      </w:tr>
    </w:tbl>
    <w:p w14:paraId="6F5825B0" w14:textId="77777777" w:rsidR="007C18A6" w:rsidRPr="000A3F86" w:rsidRDefault="00000000">
      <w:pPr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sz w:val="24"/>
          <w:szCs w:val="24"/>
          <w:lang w:val="hr-HR"/>
        </w:rPr>
        <w:br w:type="page"/>
      </w:r>
    </w:p>
    <w:p w14:paraId="6976F739" w14:textId="77777777" w:rsidR="007C18A6" w:rsidRPr="005035EC" w:rsidRDefault="00000000">
      <w:pPr>
        <w:keepNext/>
        <w:jc w:val="center"/>
        <w:rPr>
          <w:rFonts w:ascii="Baskervville" w:hAnsi="Baskervville" w:cs="Times New Roman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lastRenderedPageBreak/>
        <w:t>KONTROLNA LISTA I PRIJEDLOG PEDAGOŠKE MJERE</w:t>
      </w:r>
    </w:p>
    <w:p w14:paraId="3B2A5EAE" w14:textId="77777777" w:rsidR="00AD5C0E" w:rsidRPr="000A3F86" w:rsidRDefault="00AD5C0E" w:rsidP="00AD5C0E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rFonts w:cs="Times New Roman"/>
          <w:i/>
          <w:color w:val="6B7280"/>
          <w:sz w:val="24"/>
          <w:szCs w:val="24"/>
          <w:lang w:val="hr-HR"/>
        </w:rPr>
        <w:t>temeljem čl. 5., 6., 7. i 8. (NN 94/15, 3/17, 22/26)</w:t>
      </w:r>
    </w:p>
    <w:p w14:paraId="13F72A6A" w14:textId="637F16B8" w:rsidR="007C18A6" w:rsidRPr="000A3F86" w:rsidRDefault="007C18A6">
      <w:pPr>
        <w:keepNext/>
        <w:jc w:val="center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3943A6BD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22DCC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Naziv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7CA7F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313B364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60607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Adresa / sjedište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62DF0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B52FD40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D5C99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Školska godina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A44E0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7409636F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CA406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15026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397B7B43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38808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A68CF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F78C79A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34796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Razrednik/</w:t>
            </w:r>
            <w:proofErr w:type="spellStart"/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ca</w:t>
            </w:r>
            <w:proofErr w:type="spellEnd"/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2249D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078E45C0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0C8E92C2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16925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Datum saznanja škole za ponašanje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F816C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56E55F00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A0D45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Krajnji rok za izricanje mjere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002DA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4A5D1560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7A675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Predlagatelj / nadležno tijelo prema statutu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DAE3A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7009E02F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p w14:paraId="45EA62E2" w14:textId="77777777" w:rsidR="007C18A6" w:rsidRPr="000A3F86" w:rsidRDefault="00000000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Prije odlučivanja provjereno:</w:t>
      </w:r>
    </w:p>
    <w:p w14:paraId="58D85FB9" w14:textId="77777777" w:rsidR="00AD5C0E" w:rsidRPr="000A3F86" w:rsidRDefault="00AD5C0E">
      <w:pPr>
        <w:keepNext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7C18A6" w:rsidRPr="000A3F86" w14:paraId="7A43BEBC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E0630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neprihvatljivo ponašanje evidentirano je u pedagoškoj dokumentaciji i/ili službenoj bilješci</w:t>
            </w:r>
          </w:p>
        </w:tc>
      </w:tr>
      <w:tr w:rsidR="007C18A6" w:rsidRPr="000A3F86" w14:paraId="572D8B9D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F91F2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prikupljene su relevantne informacije o događaju i razmotrene su okolnosti događaja</w:t>
            </w:r>
          </w:p>
        </w:tc>
      </w:tr>
      <w:tr w:rsidR="007C18A6" w:rsidRPr="000A3F86" w14:paraId="245CCDAE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51DB7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utvrđeni su mjesto, vrijeme, način te nastale ili moguće posljedice ponašanja</w:t>
            </w:r>
          </w:p>
        </w:tc>
      </w:tr>
      <w:tr w:rsidR="007C18A6" w:rsidRPr="000A3F86" w14:paraId="3EB71F03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4B4C3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razmotreni su dob učenika, psihofizička razvijenost i osobine, ranije ponašanje, okolnosti koje utječu na razvoj učenika te druge važne okolnosti</w:t>
            </w:r>
          </w:p>
        </w:tc>
      </w:tr>
      <w:tr w:rsidR="007C18A6" w:rsidRPr="000A3F86" w14:paraId="793F4BE5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2D91C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učeniku je omogućeno savjetovanje s odgojno-obrazovnim radnikom</w:t>
            </w:r>
          </w:p>
        </w:tc>
      </w:tr>
      <w:tr w:rsidR="007C18A6" w:rsidRPr="000A3F86" w14:paraId="6520D077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4F9C0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učeniku je omogućeno izjašnjavanje o činjenicama i okolnostima ili je evidentiran neopravdani </w:t>
            </w:r>
            <w:proofErr w:type="spellStart"/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neodaziv</w:t>
            </w:r>
            <w:proofErr w:type="spellEnd"/>
          </w:p>
        </w:tc>
      </w:tr>
      <w:tr w:rsidR="007C18A6" w:rsidRPr="000A3F86" w14:paraId="578A58C8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EA59F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roditelj je informiran o ponašanju, načinu prikupljanja informacija i informacijama važnima za donošenje odluke</w:t>
            </w:r>
          </w:p>
        </w:tc>
      </w:tr>
      <w:tr w:rsidR="007C18A6" w:rsidRPr="000A3F86" w14:paraId="5DE0FFBE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7CDAC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obavljen je razgovor s roditeljem ili je evidentirano da se roditelj nije odazvao usmenom / elektroničkom pozivu</w:t>
            </w:r>
          </w:p>
        </w:tc>
      </w:tr>
      <w:tr w:rsidR="007C18A6" w:rsidRPr="000A3F86" w14:paraId="323043F4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C00FF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ako razgovor nije održan, roditelju je upućen pisani poziv i evidentiran je njegov odaziv ili </w:t>
            </w:r>
            <w:proofErr w:type="spellStart"/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neodaziv</w:t>
            </w:r>
            <w:proofErr w:type="spellEnd"/>
          </w:p>
        </w:tc>
      </w:tr>
      <w:tr w:rsidR="007C18A6" w:rsidRPr="000A3F86" w14:paraId="55E5B77A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ABB25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provedene su potrebne konzultacije među odgojno-obrazovnim radnicima škole</w:t>
            </w:r>
          </w:p>
        </w:tc>
      </w:tr>
      <w:tr w:rsidR="007C18A6" w:rsidRPr="000A3F86" w14:paraId="2AD9DD82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BCB78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prema potrebi su konzultirani školski liječnik, drugi stručnjak, Hrvatski zavod za socijalni rad ili druga nadležna institucija</w:t>
            </w:r>
          </w:p>
        </w:tc>
      </w:tr>
      <w:tr w:rsidR="007C18A6" w:rsidRPr="000A3F86" w14:paraId="2272E60C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139CC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lastRenderedPageBreak/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razmotreni su rizični i zaštitni čimbenici te mogućnosti dodatne podrške učeniku</w:t>
            </w:r>
          </w:p>
        </w:tc>
      </w:tr>
      <w:tr w:rsidR="007C18A6" w:rsidRPr="000A3F86" w14:paraId="14FE5D7E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F02D1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navedene su prethodno poduzete preventivne aktivnosti</w:t>
            </w:r>
          </w:p>
        </w:tc>
      </w:tr>
      <w:tr w:rsidR="007C18A6" w:rsidRPr="000A3F86" w14:paraId="4ECE51C4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555C9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izrađen je prijedlog pomoći i potpore učeniku</w:t>
            </w:r>
          </w:p>
        </w:tc>
      </w:tr>
      <w:tr w:rsidR="007C18A6" w:rsidRPr="000A3F86" w14:paraId="60AB2E63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23B38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provjerene su ranije izrečene mjere i pravila ponavljanja / postupnosti</w:t>
            </w:r>
          </w:p>
        </w:tc>
      </w:tr>
      <w:tr w:rsidR="007C18A6" w:rsidRPr="000A3F86" w14:paraId="2D517650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1F7ED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provjereno je da je predložena mjera proporcionalna ponašanju učenika ili neopravdanom izostajanju</w:t>
            </w:r>
          </w:p>
        </w:tc>
      </w:tr>
      <w:tr w:rsidR="007C18A6" w:rsidRPr="000A3F86" w14:paraId="66ADCC58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34B919" w14:textId="7CF86A84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provjeren je </w:t>
            </w:r>
            <w:r w:rsidR="00352B16"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>propisani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rok: 15 / 30 / 60 dana ili 15 dana kod privremenog udaljenja</w:t>
            </w:r>
          </w:p>
        </w:tc>
      </w:tr>
      <w:tr w:rsidR="007C18A6" w:rsidRPr="000A3F86" w14:paraId="789FC777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854B2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pripremljena je dokumentacija potrebna za donošenje odluke</w:t>
            </w:r>
          </w:p>
        </w:tc>
      </w:tr>
      <w:tr w:rsidR="007C18A6" w:rsidRPr="000A3F86" w14:paraId="2A61B5B3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B40CF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planirano je praćenje učenika nakon izricanja mjere</w:t>
            </w:r>
          </w:p>
        </w:tc>
      </w:tr>
    </w:tbl>
    <w:p w14:paraId="60A65064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01844B54" w14:textId="7FDD1CC9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Predložena mjera: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59266EEC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4A8AF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opomena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C1069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ukor</w:t>
            </w:r>
          </w:p>
        </w:tc>
      </w:tr>
      <w:tr w:rsidR="007C18A6" w:rsidRPr="000A3F86" w14:paraId="3B9A0ABF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7A4A0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strogi ukor (osnovna škola)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7780E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opomena pred isključenje (srednja škola)</w:t>
            </w:r>
          </w:p>
        </w:tc>
      </w:tr>
      <w:tr w:rsidR="007C18A6" w:rsidRPr="000A3F86" w14:paraId="16A56A8B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9B048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preseljenje u drugu školu (osnovna škola)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0958E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isključenje iz srednje škole</w:t>
            </w:r>
          </w:p>
        </w:tc>
      </w:tr>
    </w:tbl>
    <w:p w14:paraId="73703C15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62F5264B" w14:textId="6766F274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Pravna osnova prijedloga (propis, članak i odredba statuta)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1255910D" w14:textId="77777777" w:rsidTr="00454072">
        <w:trPr>
          <w:cantSplit/>
          <w:trHeight w:val="802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F8916F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71CAF63E" w14:textId="1EF00905" w:rsidR="00997341" w:rsidRPr="000A3F86" w:rsidRDefault="00997341" w:rsidP="00454072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1555B3C6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430C4133" w14:textId="33BDD9B5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Mjesto i vrijeme događaja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2BF0D5EB" w14:textId="77777777" w:rsidTr="002D7E08">
        <w:trPr>
          <w:cantSplit/>
          <w:trHeight w:val="802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2E3815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482E1BE4" w14:textId="6B2A5777" w:rsidR="00997341" w:rsidRPr="000A3F86" w:rsidRDefault="00997341" w:rsidP="002D7E08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54A9E55C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34215C06" w14:textId="13DE5D31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Način na koji je došlo do neprihvatljivog ponašanja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2BF75582" w14:textId="77777777" w:rsidTr="000164C6">
        <w:trPr>
          <w:cantSplit/>
          <w:trHeight w:val="802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2876A1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7ED4275F" w14:textId="255BC9A5" w:rsidR="00997341" w:rsidRPr="000A3F86" w:rsidRDefault="00997341" w:rsidP="000164C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2B93F2B1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696E18E6" w14:textId="14D0DBFB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Nastale ili moguće posljedice ponašanja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7DE1DB27" w14:textId="77777777" w:rsidTr="0035420E">
        <w:trPr>
          <w:cantSplit/>
          <w:trHeight w:val="802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DE8B58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3FBE2D6F" w14:textId="73946D02" w:rsidR="00997341" w:rsidRPr="000A3F86" w:rsidRDefault="00997341" w:rsidP="0035420E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4F02FDCB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6B9C0561" w14:textId="65D2473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Prethodno poduzete preventivne aktivnosti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7312ADE1" w14:textId="77777777" w:rsidTr="00461A3D">
        <w:trPr>
          <w:cantSplit/>
          <w:trHeight w:val="802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470E67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5B875D49" w14:textId="25005332" w:rsidR="00997341" w:rsidRPr="000A3F86" w:rsidRDefault="00997341" w:rsidP="00461A3D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6D04E42D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lastRenderedPageBreak/>
        <w:t>Prijedlozi pomoći, potpore i dodatne podrške učeniku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2BB67622" w14:textId="77777777" w:rsidTr="001F56BE">
        <w:trPr>
          <w:cantSplit/>
          <w:trHeight w:val="802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D0BAFB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6FB2716E" w14:textId="7EA2093E" w:rsidR="00997341" w:rsidRPr="000A3F86" w:rsidRDefault="00997341" w:rsidP="001F56BE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68409665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7A138FCE" w14:textId="40CF356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Provjera ranijih mjera i obrazloženje postupnosti / proporcionalnosti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77CA3E2B" w14:textId="77777777" w:rsidTr="003017A7">
        <w:trPr>
          <w:cantSplit/>
          <w:trHeight w:val="802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0482F8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5B80D077" w14:textId="26216D4A" w:rsidR="00997341" w:rsidRPr="000A3F86" w:rsidRDefault="00997341" w:rsidP="003017A7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1060D6FC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5AAE8442" w14:textId="10D682B3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Priložena dokumentacija / popis priloga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5BF8CDF0" w14:textId="77777777" w:rsidTr="00171CCF">
        <w:trPr>
          <w:cantSplit/>
          <w:trHeight w:val="802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9F8834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7414C5E5" w14:textId="7738D880" w:rsidR="00997341" w:rsidRPr="000A3F86" w:rsidRDefault="00997341" w:rsidP="00171CCF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7FAE065B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4052DC26" w14:textId="6E243FBC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Plan praćenja nakon izricanja mjere (nositelj, rok i način praćenja)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036EE193" w14:textId="77777777" w:rsidTr="00B97CC6">
        <w:trPr>
          <w:cantSplit/>
          <w:trHeight w:val="1288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2900EF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5C159E39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45D47A91" w14:textId="4463E2E6" w:rsidR="00997341" w:rsidRPr="000A3F86" w:rsidRDefault="00997341" w:rsidP="00B97CC6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67213D4F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AB0D63" w14:textId="5E433D2C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predlagatelj</w:t>
            </w:r>
            <w:r w:rsidR="000A5EE9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 xml:space="preserve"> / </w:t>
            </w:r>
            <w:r w:rsidR="000A5EE9"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nadležno tijelo prema Zakonu i statutu škole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2D40F1" w14:textId="548EB62C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</w:p>
        </w:tc>
      </w:tr>
    </w:tbl>
    <w:p w14:paraId="0139DECA" w14:textId="77777777" w:rsidR="007C18A6" w:rsidRPr="000A3F86" w:rsidRDefault="00000000">
      <w:pPr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sz w:val="24"/>
          <w:szCs w:val="24"/>
          <w:lang w:val="hr-HR"/>
        </w:rPr>
        <w:br w:type="page"/>
      </w:r>
    </w:p>
    <w:p w14:paraId="1AA257CF" w14:textId="77777777" w:rsidR="000A3F86" w:rsidRPr="005035EC" w:rsidRDefault="000A3F86" w:rsidP="000A3F86">
      <w:pPr>
        <w:keepNext/>
        <w:spacing w:after="60"/>
        <w:jc w:val="center"/>
        <w:rPr>
          <w:rFonts w:ascii="Baskervville" w:hAnsi="Baskervville"/>
          <w:sz w:val="24"/>
          <w:szCs w:val="24"/>
          <w:lang w:val="hr-HR"/>
        </w:rPr>
      </w:pPr>
      <w:r w:rsidRPr="005035EC">
        <w:rPr>
          <w:rFonts w:ascii="Baskervville" w:hAnsi="Baskervville"/>
          <w:b/>
          <w:color w:val="263B50"/>
          <w:sz w:val="24"/>
          <w:szCs w:val="24"/>
          <w:lang w:val="hr-HR"/>
        </w:rPr>
        <w:lastRenderedPageBreak/>
        <w:t>PREDLOŽAK AKTA O IZRICANJU PEDAGOŠKE MJERE</w:t>
      </w:r>
    </w:p>
    <w:p w14:paraId="3BAE826B" w14:textId="30CE228E" w:rsidR="000A3F86" w:rsidRPr="000A3F86" w:rsidRDefault="000A3F86" w:rsidP="000A3F86">
      <w:pPr>
        <w:spacing w:after="160"/>
        <w:jc w:val="center"/>
        <w:rPr>
          <w:i/>
          <w:color w:val="7A8290"/>
          <w:sz w:val="23"/>
          <w:lang w:val="hr-HR"/>
        </w:rPr>
      </w:pPr>
      <w:r w:rsidRPr="000A3F86">
        <w:rPr>
          <w:i/>
          <w:color w:val="7A8290"/>
          <w:sz w:val="23"/>
          <w:lang w:val="hr-HR"/>
        </w:rPr>
        <w:t>za mjere upozorenja i rješenja o preseljenju / isključenju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754BFC29" w14:textId="77777777" w:rsidTr="00FC47D3">
        <w:trPr>
          <w:jc w:val="center"/>
        </w:trPr>
        <w:tc>
          <w:tcPr>
            <w:tcW w:w="9978" w:type="dxa"/>
            <w:shd w:val="clear" w:color="auto" w:fill="F2F4F7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25883452" w14:textId="5D749258" w:rsidR="000A3F86" w:rsidRPr="000A3F86" w:rsidRDefault="000A3F86" w:rsidP="000A3F86">
            <w:pPr>
              <w:spacing w:line="252" w:lineRule="auto"/>
              <w:jc w:val="both"/>
              <w:rPr>
                <w:lang w:val="hr-HR"/>
              </w:rPr>
            </w:pPr>
            <w:r w:rsidRPr="000A3F86">
              <w:rPr>
                <w:i/>
                <w:color w:val="7A8290"/>
                <w:sz w:val="21"/>
                <w:lang w:val="hr-HR"/>
              </w:rPr>
              <w:t>Prije izdavanja akta obrisati sve neprimjenjive mogućnosti i prazne upute. Za opomenu, ukor, strogi ukor i opomenu pred isključenje naziv i oblik akta uskladiti sa statutom škole. Za preseljenje u drugu školu i isključenje iz srednje škole ravnatelj donosi rješenje u upravnom postupku.</w:t>
            </w:r>
          </w:p>
        </w:tc>
      </w:tr>
    </w:tbl>
    <w:p w14:paraId="7F15B0F2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PODACI O ŠKOLI, UČENIKU I POSTUPKU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2948"/>
        <w:gridCol w:w="7031"/>
      </w:tblGrid>
      <w:tr w:rsidR="000A3F86" w:rsidRPr="000A3F86" w14:paraId="4F40E285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7E321E16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Naziv i adresa škole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3B91AAA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7EFC8DDA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073EDE56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KLASA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1E450CD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337C3FAE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9DAEC0A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URBROJ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E9E219D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2F6FCF43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40A3C02A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Mjesto i datum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50FEFCF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42F3B4F3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F6F08D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Ime i prezime učenika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1B40A16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0A7E97AB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A71A8A5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Datum rođenja / OIB ako je nužno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55F77AB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2D3A7520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58D259B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Razredni odjel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02E884C7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37C9902D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6AC1442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Školska godina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02920B56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0020317E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4AACCF16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Nadležna osoba / tijelo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2916D6F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</w:tbl>
    <w:p w14:paraId="6E174D0B" w14:textId="77777777" w:rsidR="000A3F86" w:rsidRPr="000A3F86" w:rsidRDefault="000A3F86" w:rsidP="000A3F86">
      <w:pPr>
        <w:rPr>
          <w:lang w:val="hr-HR"/>
        </w:rPr>
      </w:pPr>
    </w:p>
    <w:p w14:paraId="0EF38787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VRSTA AKTA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18F24483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FA2F087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akt o izricanju mjere upozorenja: opomena, ukor, strogi ukor ili opomena pred isključenje</w:t>
            </w:r>
          </w:p>
        </w:tc>
      </w:tr>
      <w:tr w:rsidR="000A3F86" w:rsidRPr="000A3F86" w14:paraId="70256ADD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13B046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rješenje u upravnom postupku: preseljenje u drugu školu ili isključenje iz srednje škole</w:t>
            </w:r>
          </w:p>
        </w:tc>
      </w:tr>
    </w:tbl>
    <w:p w14:paraId="66819300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UVOD I PRAVNA OSNOVA</w:t>
      </w:r>
    </w:p>
    <w:p w14:paraId="13F14470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Primjenjiva odredba statuta škole</w:t>
      </w:r>
      <w:r w:rsidRPr="000A3F86">
        <w:rPr>
          <w:i/>
          <w:color w:val="7A8290"/>
          <w:sz w:val="21"/>
          <w:lang w:val="hr-HR"/>
        </w:rPr>
        <w:t xml:space="preserve">  upisati članak i puni naziv statuta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5BBC0B6F" w14:textId="77777777" w:rsidTr="00FC47D3">
        <w:trPr>
          <w:trHeight w:val="397"/>
          <w:jc w:val="center"/>
        </w:trPr>
        <w:tc>
          <w:tcPr>
            <w:tcW w:w="9978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29DB4392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580F8188" w14:textId="77777777" w:rsidR="000A3F86" w:rsidRPr="000A3F86" w:rsidRDefault="000A3F86" w:rsidP="000A3F86">
      <w:pPr>
        <w:keepNext/>
        <w:spacing w:before="100"/>
        <w:rPr>
          <w:lang w:val="hr-HR"/>
        </w:rPr>
      </w:pPr>
      <w:r w:rsidRPr="000A3F86">
        <w:rPr>
          <w:b/>
          <w:color w:val="263B50"/>
          <w:sz w:val="24"/>
          <w:lang w:val="hr-HR"/>
        </w:rPr>
        <w:t>A. ZA MJERU UPOZORENJA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3BA16B8F" w14:textId="77777777" w:rsidTr="00FC47D3">
        <w:trPr>
          <w:jc w:val="center"/>
        </w:trPr>
        <w:tc>
          <w:tcPr>
            <w:tcW w:w="9978" w:type="dxa"/>
            <w:shd w:val="clear" w:color="auto" w:fill="F2F4F7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5E920EF" w14:textId="77777777" w:rsidR="000A3F86" w:rsidRPr="000A3F86" w:rsidRDefault="000A3F86" w:rsidP="000A3F86">
            <w:pPr>
              <w:spacing w:line="252" w:lineRule="auto"/>
              <w:jc w:val="both"/>
              <w:rPr>
                <w:lang w:val="hr-HR"/>
              </w:rPr>
            </w:pPr>
            <w:r w:rsidRPr="000A3F86">
              <w:rPr>
                <w:i/>
                <w:color w:val="7A8290"/>
                <w:sz w:val="21"/>
                <w:lang w:val="hr-HR"/>
              </w:rPr>
              <w:t>Na temelju članka 84. stavka 5. Zakona o odgoju i obrazovanju u osnovnoj i srednjoj školi, članka ______ Statuta ____________________________________________ i članka 7. stavka ______, odnosno članka 8. stavka ______ Pravilnika o kriterijima za izricanje pedagoških mjera (NN 94/15, 3/17 i 22/26), razrednik / razredno vijeće / učiteljsko vijeće / nastavničko vijeće dana __________________ donosi [NAZIV AKTA PREMA STATUTU ŠKOLE].</w:t>
            </w:r>
          </w:p>
        </w:tc>
      </w:tr>
    </w:tbl>
    <w:p w14:paraId="3AA814A8" w14:textId="77777777" w:rsidR="000A3F86" w:rsidRPr="000A3F86" w:rsidRDefault="000A3F86" w:rsidP="000A3F86">
      <w:pPr>
        <w:keepNext/>
        <w:spacing w:before="100"/>
        <w:rPr>
          <w:lang w:val="hr-HR"/>
        </w:rPr>
      </w:pPr>
      <w:r w:rsidRPr="000A3F86">
        <w:rPr>
          <w:b/>
          <w:color w:val="263B50"/>
          <w:sz w:val="24"/>
          <w:lang w:val="hr-HR"/>
        </w:rPr>
        <w:t>B. ZA PRESELJENJE ILI ISKLJUČENJE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2CA409F0" w14:textId="77777777" w:rsidTr="00FC47D3">
        <w:trPr>
          <w:jc w:val="center"/>
        </w:trPr>
        <w:tc>
          <w:tcPr>
            <w:tcW w:w="9978" w:type="dxa"/>
            <w:shd w:val="clear" w:color="auto" w:fill="F2F4F7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D2D445A" w14:textId="5F615CBF" w:rsidR="000A3F86" w:rsidRPr="000A3F86" w:rsidRDefault="000A3F86" w:rsidP="000A3F86">
            <w:pPr>
              <w:spacing w:line="252" w:lineRule="auto"/>
              <w:jc w:val="both"/>
              <w:rPr>
                <w:lang w:val="hr-HR"/>
              </w:rPr>
            </w:pPr>
            <w:r w:rsidRPr="000A3F86">
              <w:rPr>
                <w:i/>
                <w:color w:val="7A8290"/>
                <w:sz w:val="21"/>
                <w:lang w:val="hr-HR"/>
              </w:rPr>
              <w:t>Ravnatelj/</w:t>
            </w:r>
            <w:proofErr w:type="spellStart"/>
            <w:r w:rsidRPr="000A3F86">
              <w:rPr>
                <w:i/>
                <w:color w:val="7A8290"/>
                <w:sz w:val="21"/>
                <w:lang w:val="hr-HR"/>
              </w:rPr>
              <w:t>ica</w:t>
            </w:r>
            <w:proofErr w:type="spellEnd"/>
            <w:r w:rsidRPr="000A3F86">
              <w:rPr>
                <w:i/>
                <w:color w:val="7A8290"/>
                <w:sz w:val="21"/>
                <w:lang w:val="hr-HR"/>
              </w:rPr>
              <w:t xml:space="preserve"> </w:t>
            </w:r>
            <w:r w:rsidR="000A5EE9" w:rsidRPr="000A3F86">
              <w:rPr>
                <w:i/>
                <w:color w:val="7A8290"/>
                <w:sz w:val="21"/>
                <w:lang w:val="hr-HR"/>
              </w:rPr>
              <w:t>[NAZIV ŠKOLE]</w:t>
            </w:r>
            <w:r w:rsidRPr="000A3F86">
              <w:rPr>
                <w:i/>
                <w:color w:val="7A8290"/>
                <w:sz w:val="21"/>
                <w:lang w:val="hr-HR"/>
              </w:rPr>
              <w:t>____________________________________________,</w:t>
            </w:r>
            <w:r w:rsidR="000A5EE9">
              <w:rPr>
                <w:i/>
                <w:color w:val="7A8290"/>
                <w:sz w:val="21"/>
                <w:lang w:val="hr-HR"/>
              </w:rPr>
              <w:t xml:space="preserve"> OIB:</w:t>
            </w:r>
            <w:r w:rsidRPr="000A3F86">
              <w:rPr>
                <w:i/>
                <w:color w:val="7A8290"/>
                <w:sz w:val="21"/>
                <w:lang w:val="hr-HR"/>
              </w:rPr>
              <w:t xml:space="preserve"> na temelju članka 84. stavka 6. Zakona o odgoju i obrazovanju u osnovnoj i srednjoj školi, članka ______ Statuta ____________________________________________, članka 7. stavka 4., odnosno članka 8. stavka ______ Pravilnika o kriterijima za izricanje pedagoških mjera (NN 94/15, 3/17 i 22/26) te prijedloga učiteljskog / nastavničkog vijeća, KLASA: __________________, URBROJ: __________________, od __________________, u postupku izricanja pedagoške mjere učeniku/</w:t>
            </w:r>
            <w:proofErr w:type="spellStart"/>
            <w:r w:rsidRPr="000A3F86">
              <w:rPr>
                <w:i/>
                <w:color w:val="7A8290"/>
                <w:sz w:val="21"/>
                <w:lang w:val="hr-HR"/>
              </w:rPr>
              <w:t>ici</w:t>
            </w:r>
            <w:proofErr w:type="spellEnd"/>
            <w:r w:rsidRPr="000A3F86">
              <w:rPr>
                <w:i/>
                <w:color w:val="7A8290"/>
                <w:sz w:val="21"/>
                <w:lang w:val="hr-HR"/>
              </w:rPr>
              <w:t xml:space="preserve"> ____________________________________________,</w:t>
            </w:r>
            <w:r w:rsidR="000A5EE9">
              <w:rPr>
                <w:i/>
                <w:color w:val="7A8290"/>
                <w:sz w:val="21"/>
                <w:lang w:val="hr-HR"/>
              </w:rPr>
              <w:t xml:space="preserve"> OIB: ______________, kojeg/koju zastupa roditelj/zakonski zastupnik ________________, OIB: ______________</w:t>
            </w:r>
            <w:r w:rsidRPr="000A3F86">
              <w:rPr>
                <w:i/>
                <w:color w:val="7A8290"/>
                <w:sz w:val="21"/>
                <w:lang w:val="hr-HR"/>
              </w:rPr>
              <w:t>donosi RJEŠENJE.</w:t>
            </w:r>
          </w:p>
        </w:tc>
      </w:tr>
    </w:tbl>
    <w:p w14:paraId="156BA851" w14:textId="7BC0CD32" w:rsidR="000A3F86" w:rsidRPr="000A3F86" w:rsidRDefault="000A3F86" w:rsidP="000A3F86">
      <w:pPr>
        <w:rPr>
          <w:lang w:val="hr-HR"/>
        </w:rPr>
      </w:pPr>
      <w:r w:rsidRPr="000A3F86">
        <w:rPr>
          <w:lang w:val="hr-HR"/>
        </w:rPr>
        <w:br w:type="page"/>
      </w:r>
      <w:r w:rsidRPr="000A3F86">
        <w:rPr>
          <w:b/>
          <w:color w:val="263B50"/>
          <w:sz w:val="26"/>
          <w:lang w:val="hr-HR"/>
        </w:rPr>
        <w:lastRenderedPageBreak/>
        <w:t>IZREKA</w:t>
      </w:r>
    </w:p>
    <w:p w14:paraId="5E24F6A7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Učeniku/</w:t>
      </w:r>
      <w:proofErr w:type="spellStart"/>
      <w:r w:rsidRPr="000A3F86">
        <w:rPr>
          <w:b/>
          <w:color w:val="000000"/>
          <w:sz w:val="24"/>
          <w:lang w:val="hr-HR"/>
        </w:rPr>
        <w:t>ici</w:t>
      </w:r>
      <w:proofErr w:type="spellEnd"/>
      <w:r w:rsidRPr="000A3F86">
        <w:rPr>
          <w:b/>
          <w:color w:val="000000"/>
          <w:sz w:val="24"/>
          <w:lang w:val="hr-HR"/>
        </w:rPr>
        <w:t xml:space="preserve"> izriče se pedagoška mjera: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4989"/>
        <w:gridCol w:w="4990"/>
      </w:tblGrid>
      <w:tr w:rsidR="000A3F86" w:rsidRPr="000A3F86" w14:paraId="1CEE5E64" w14:textId="77777777" w:rsidTr="00FC47D3">
        <w:trPr>
          <w:cantSplit/>
          <w:jc w:val="center"/>
        </w:trPr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B174C98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opomena</w:t>
            </w:r>
          </w:p>
        </w:tc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7E23A96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ukor</w:t>
            </w:r>
          </w:p>
        </w:tc>
      </w:tr>
      <w:tr w:rsidR="000A3F86" w:rsidRPr="000A3F86" w14:paraId="1D3D6DD8" w14:textId="77777777" w:rsidTr="00FC47D3">
        <w:trPr>
          <w:cantSplit/>
          <w:jc w:val="center"/>
        </w:trPr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FA7EA4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strogi ukor (osnovna škola)</w:t>
            </w:r>
          </w:p>
        </w:tc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7D2CE33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opomena pred isključenje (srednja škola)</w:t>
            </w:r>
          </w:p>
        </w:tc>
      </w:tr>
      <w:tr w:rsidR="000A3F86" w:rsidRPr="000A3F86" w14:paraId="251DD661" w14:textId="77777777" w:rsidTr="00FC47D3">
        <w:trPr>
          <w:cantSplit/>
          <w:jc w:val="center"/>
        </w:trPr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8ABBFD9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preseljenje u drugu školu (osnovna škola)</w:t>
            </w:r>
          </w:p>
        </w:tc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FEBD38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isključenje iz srednje škole</w:t>
            </w:r>
          </w:p>
        </w:tc>
      </w:tr>
    </w:tbl>
    <w:p w14:paraId="04B60AE7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I. Podaci o učeniku i izrečenoj mjeri</w:t>
      </w:r>
      <w:r w:rsidRPr="000A3F86">
        <w:rPr>
          <w:i/>
          <w:color w:val="7A8290"/>
          <w:sz w:val="21"/>
          <w:lang w:val="hr-HR"/>
        </w:rPr>
        <w:t xml:space="preserve">  Učeniku/</w:t>
      </w:r>
      <w:proofErr w:type="spellStart"/>
      <w:r w:rsidRPr="000A3F86">
        <w:rPr>
          <w:i/>
          <w:color w:val="7A8290"/>
          <w:sz w:val="21"/>
          <w:lang w:val="hr-HR"/>
        </w:rPr>
        <w:t>ici</w:t>
      </w:r>
      <w:proofErr w:type="spellEnd"/>
      <w:r w:rsidRPr="000A3F86">
        <w:rPr>
          <w:i/>
          <w:color w:val="7A8290"/>
          <w:sz w:val="21"/>
          <w:lang w:val="hr-HR"/>
        </w:rPr>
        <w:t>, razred, naziv mjere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0FC1D9F2" w14:textId="77777777" w:rsidTr="000A3F86">
        <w:trPr>
          <w:trHeight w:val="1611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4A008B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1A7A633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6CCF438" w14:textId="643C1010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64F61ECE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II. Razlog izricanja mjere</w:t>
      </w:r>
      <w:r w:rsidRPr="000A3F86">
        <w:rPr>
          <w:i/>
          <w:color w:val="7A8290"/>
          <w:sz w:val="21"/>
          <w:lang w:val="hr-HR"/>
        </w:rPr>
        <w:t xml:space="preserve">  sažet činjenični opis ponašanja ili neopravdanog izostajanja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5767EEB8" w14:textId="77777777" w:rsidTr="000A3F86">
        <w:trPr>
          <w:trHeight w:val="2218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40D2BAE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6F582586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23A47314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108BDD8" w14:textId="76DF813B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5E72F31F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Pravni kriterij: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5CF33959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AE5CCEA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ponašanje iz članka 3. stavka ______ podstavka ______ Pravilnika</w:t>
            </w:r>
          </w:p>
        </w:tc>
      </w:tr>
      <w:tr w:rsidR="000A3F86" w:rsidRPr="000A3F86" w14:paraId="6AFFCC6E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9EBED69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neopravdano izostajanje: ______ sati, odnosno ______ % ukupnih nastavnih sati</w:t>
            </w:r>
          </w:p>
        </w:tc>
      </w:tr>
      <w:tr w:rsidR="000A3F86" w:rsidRPr="000A3F86" w14:paraId="60E18BD6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2527864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primjena članka 7. stavka ______ Pravilnika</w:t>
            </w:r>
          </w:p>
        </w:tc>
      </w:tr>
      <w:tr w:rsidR="000A3F86" w:rsidRPr="000A3F86" w14:paraId="732D7835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7BE8628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primjena članka 8. stavka ______ Pravilnika zbog ponavljanja ili postupnosti</w:t>
            </w:r>
          </w:p>
        </w:tc>
      </w:tr>
    </w:tbl>
    <w:p w14:paraId="326974A1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III. Trajanje ili učinak mjere</w:t>
      </w:r>
      <w:r w:rsidRPr="000A3F86">
        <w:rPr>
          <w:i/>
          <w:color w:val="7A8290"/>
          <w:sz w:val="21"/>
          <w:lang w:val="hr-HR"/>
        </w:rPr>
        <w:t xml:space="preserve">  za tekuću školsku godinu / do kraja osnovnoškolskog obrazovanja / isključenje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6C03BD00" w14:textId="77777777" w:rsidTr="000A3F86">
        <w:trPr>
          <w:trHeight w:val="1004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906432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12AC0335" w14:textId="204BE752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  <w:tr w:rsidR="000A3F86" w:rsidRPr="000A3F86" w14:paraId="0BBD86AF" w14:textId="77777777" w:rsidTr="000A3F86">
        <w:trPr>
          <w:jc w:val="center"/>
        </w:trPr>
        <w:tc>
          <w:tcPr>
            <w:tcW w:w="9979" w:type="dxa"/>
            <w:shd w:val="clear" w:color="auto" w:fill="F2F4F7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41F3193" w14:textId="77777777" w:rsidR="000A3F86" w:rsidRPr="000A3F86" w:rsidRDefault="000A3F86" w:rsidP="000A3F86">
            <w:pPr>
              <w:spacing w:line="252" w:lineRule="auto"/>
              <w:jc w:val="both"/>
              <w:rPr>
                <w:lang w:val="hr-HR"/>
              </w:rPr>
            </w:pPr>
            <w:r w:rsidRPr="000A3F86">
              <w:rPr>
                <w:i/>
                <w:color w:val="7A8290"/>
                <w:sz w:val="21"/>
                <w:lang w:val="hr-HR"/>
              </w:rPr>
              <w:t>Za mjere upozorenja može se navesti: „Mjera se izriče za tekuću školsku godinu.” Za preseljenje: „Pedagoška mjera preseljenja u drugu školu vrijedi do kraja osnovnoškolskog obrazovanja.” Kod isključenja navesti: „Učenik/</w:t>
            </w:r>
            <w:proofErr w:type="spellStart"/>
            <w:r w:rsidRPr="000A3F86">
              <w:rPr>
                <w:i/>
                <w:color w:val="7A8290"/>
                <w:sz w:val="21"/>
                <w:lang w:val="hr-HR"/>
              </w:rPr>
              <w:t>ica</w:t>
            </w:r>
            <w:proofErr w:type="spellEnd"/>
            <w:r w:rsidRPr="000A3F86">
              <w:rPr>
                <w:i/>
                <w:color w:val="7A8290"/>
                <w:sz w:val="21"/>
                <w:lang w:val="hr-HR"/>
              </w:rPr>
              <w:t xml:space="preserve"> ima pravo polagati razredni ispit.”</w:t>
            </w:r>
          </w:p>
        </w:tc>
      </w:tr>
    </w:tbl>
    <w:p w14:paraId="00E4967C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IV. Plan pomoći, potpore i praćenja</w:t>
      </w:r>
      <w:r w:rsidRPr="000A3F86">
        <w:rPr>
          <w:i/>
          <w:color w:val="7A8290"/>
          <w:sz w:val="21"/>
          <w:lang w:val="hr-HR"/>
        </w:rPr>
        <w:t xml:space="preserve">  navesti je li plan sastavni dio dokumentacije i tko je nositelj praćenja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78B6A7C0" w14:textId="77777777" w:rsidTr="000A3F86">
        <w:trPr>
          <w:trHeight w:val="1004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2526433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C6DBB48" w14:textId="47EC67BF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6A6A6404" w14:textId="77777777" w:rsidR="000A3F86" w:rsidRPr="000A3F86" w:rsidRDefault="000A3F86" w:rsidP="000A3F86">
      <w:pPr>
        <w:rPr>
          <w:lang w:val="hr-HR"/>
        </w:rPr>
      </w:pPr>
      <w:r w:rsidRPr="000A3F86">
        <w:rPr>
          <w:lang w:val="hr-HR"/>
        </w:rPr>
        <w:br w:type="page"/>
      </w:r>
    </w:p>
    <w:p w14:paraId="0E8BE21F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lastRenderedPageBreak/>
        <w:t>OBRAZLOŽENJE – UTVRĐENE ČINJENICE</w:t>
      </w:r>
    </w:p>
    <w:p w14:paraId="276E6B9F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Mjesto, vrijeme i način neprihvatljivog ponašanja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3623E0A8" w14:textId="77777777" w:rsidTr="000A3F86">
        <w:trPr>
          <w:trHeight w:val="2825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263F00A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EFCA0B3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1CADD08A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3260BF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2237A9E" w14:textId="75A691D1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1CFAB287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Nastale ili moguće posljedice ponašanja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024E2295" w14:textId="77777777" w:rsidTr="000A3F86">
        <w:trPr>
          <w:trHeight w:val="2218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2D1D3090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3DCC4D3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777BB8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89FB777" w14:textId="2762F574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620C9B3E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Dokazi i izvori na kojima se temelje utvrđene činjenice</w:t>
      </w:r>
      <w:r w:rsidRPr="000A3F86">
        <w:rPr>
          <w:i/>
          <w:color w:val="7A8290"/>
          <w:sz w:val="21"/>
          <w:lang w:val="hr-HR"/>
        </w:rPr>
        <w:t xml:space="preserve">  pedagoška dokumentacija, službene bilješke, izjave, prilozi i druga dokumentacija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2D480C23" w14:textId="77777777" w:rsidTr="000A3F86">
        <w:trPr>
          <w:trHeight w:val="2825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0698887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24B8A1C4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A228FD4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7AF4979F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18AC83C6" w14:textId="1469A646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30050754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Pravna kvalifikacija ponašanja</w:t>
      </w:r>
      <w:r w:rsidRPr="000A3F86">
        <w:rPr>
          <w:i/>
          <w:color w:val="7A8290"/>
          <w:sz w:val="21"/>
          <w:lang w:val="hr-HR"/>
        </w:rPr>
        <w:t xml:space="preserve">  vrsta ponašanja te članak, stavak i podstavak Pravilnika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5A134663" w14:textId="77777777" w:rsidTr="000A3F86">
        <w:trPr>
          <w:trHeight w:val="1611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73DCAC7F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73D26F48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4BF6E746" w14:textId="6B0413C4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03B95ABE" w14:textId="77777777" w:rsidR="000A3F86" w:rsidRPr="000A3F86" w:rsidRDefault="000A3F86" w:rsidP="000A3F86">
      <w:pPr>
        <w:rPr>
          <w:lang w:val="hr-HR"/>
        </w:rPr>
      </w:pPr>
      <w:r w:rsidRPr="000A3F86">
        <w:rPr>
          <w:lang w:val="hr-HR"/>
        </w:rPr>
        <w:br w:type="page"/>
      </w:r>
    </w:p>
    <w:p w14:paraId="78DAD97A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lastRenderedPageBreak/>
        <w:t>SAVJETOVANJE I IZJAŠNJAVANJE UČENIKA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2948"/>
        <w:gridCol w:w="7031"/>
      </w:tblGrid>
      <w:tr w:rsidR="000A3F86" w:rsidRPr="000A3F86" w14:paraId="36D17676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7ED60ED5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Datum poziva učeniku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750408C5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284009DC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CBA6150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Datum razgovora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53408BD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409D254F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BC71689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Razgovor vodio/la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FB868E6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</w:tbl>
    <w:p w14:paraId="67AD14CC" w14:textId="77777777" w:rsidR="000A3F86" w:rsidRPr="000A3F86" w:rsidRDefault="000A3F86" w:rsidP="000A3F86">
      <w:pPr>
        <w:rPr>
          <w:lang w:val="hr-HR"/>
        </w:rPr>
      </w:pP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0BBA72D1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603D2C9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učeniku je omogućeno savjetovanje i izjašnjavanje</w:t>
            </w:r>
          </w:p>
        </w:tc>
      </w:tr>
      <w:tr w:rsidR="000A3F86" w:rsidRPr="000A3F86" w14:paraId="6C9F1180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0AD370E7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učenik se izjasnio</w:t>
            </w:r>
          </w:p>
        </w:tc>
      </w:tr>
      <w:tr w:rsidR="000A3F86" w:rsidRPr="000A3F86" w14:paraId="233224BF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D6F558F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učenik nije želio dati izjavu</w:t>
            </w:r>
          </w:p>
        </w:tc>
      </w:tr>
      <w:tr w:rsidR="000A3F86" w:rsidRPr="000A3F86" w14:paraId="1E2F5F62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5B8660A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učenik se bez opravdanog razloga nije odazvao pozivu</w:t>
            </w:r>
          </w:p>
        </w:tc>
      </w:tr>
      <w:tr w:rsidR="000A3F86" w:rsidRPr="000A3F86" w14:paraId="130373B0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A6AEC99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razgovor je odgođen zbog opravdanog razloga</w:t>
            </w:r>
          </w:p>
        </w:tc>
      </w:tr>
    </w:tbl>
    <w:p w14:paraId="0679F312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Sažetak izjašnjavanja učenika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21556221" w14:textId="77777777" w:rsidTr="000A3F86">
        <w:trPr>
          <w:trHeight w:val="2825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79070695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1D947AD7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6439558E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0694256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0F6E9BA2" w14:textId="7C6C44DF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5266B441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INFORMIRANJE I OČITOVANJE RODITELJA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2948"/>
        <w:gridCol w:w="7031"/>
      </w:tblGrid>
      <w:tr w:rsidR="000A3F86" w:rsidRPr="000A3F86" w14:paraId="3A5E7E55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491E06D7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Datum prvog kontakta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FF94F28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6C56A92C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62163AF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Datum pisanog poziva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9FA247D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248F1985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3A4EE0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Datum razgovora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794D464E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</w:tbl>
    <w:p w14:paraId="20D2CE79" w14:textId="77777777" w:rsidR="000A3F86" w:rsidRPr="000A3F86" w:rsidRDefault="000A3F86" w:rsidP="000A3F86">
      <w:pPr>
        <w:rPr>
          <w:lang w:val="hr-HR"/>
        </w:rPr>
      </w:pP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2399A6B6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247B28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roditelj je informiran o ponašanju, prikupljanju informacija i činjenicama važnima za odluku</w:t>
            </w:r>
          </w:p>
        </w:tc>
      </w:tr>
      <w:tr w:rsidR="000A3F86" w:rsidRPr="000A3F86" w14:paraId="29511008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89D65A3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roditelj se odazvao razgovoru</w:t>
            </w:r>
          </w:p>
        </w:tc>
      </w:tr>
      <w:tr w:rsidR="000A3F86" w:rsidRPr="000A3F86" w14:paraId="3E0002E1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5E0D960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roditelj se nije odazvao usmenom ili elektroničkom pozivu</w:t>
            </w:r>
          </w:p>
        </w:tc>
      </w:tr>
      <w:tr w:rsidR="000A3F86" w:rsidRPr="000A3F86" w14:paraId="1109AA36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17B44C3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roditelj se nije odazvao ni pisanom pozivu na razgovor</w:t>
            </w:r>
          </w:p>
        </w:tc>
      </w:tr>
      <w:tr w:rsidR="000A3F86" w:rsidRPr="000A3F86" w14:paraId="5F7CD30A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AD38407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pisani poziv i dokaz dostave priloženi su dokumentaciji</w:t>
            </w:r>
          </w:p>
        </w:tc>
      </w:tr>
    </w:tbl>
    <w:p w14:paraId="52B8FFF2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Sažetak očitovanja roditelja i dostavljene informacije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11C95BA5" w14:textId="77777777" w:rsidTr="000A3F86">
        <w:trPr>
          <w:trHeight w:val="1004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4B8DCD9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1E3FD489" w14:textId="1A15DE5F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5F6C6CAD" w14:textId="77777777" w:rsidR="000A3F86" w:rsidRPr="000A3F86" w:rsidRDefault="000A3F86" w:rsidP="000A3F86">
      <w:pPr>
        <w:rPr>
          <w:lang w:val="hr-HR"/>
        </w:rPr>
      </w:pPr>
      <w:r w:rsidRPr="000A3F86">
        <w:rPr>
          <w:lang w:val="hr-HR"/>
        </w:rPr>
        <w:br w:type="page"/>
      </w:r>
    </w:p>
    <w:p w14:paraId="5D9222FB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lastRenderedPageBreak/>
        <w:t>PROCJENA OKOLNOSTI VAŽNIH ZA ODLUKU</w:t>
      </w:r>
    </w:p>
    <w:p w14:paraId="4A54D3DF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Dob, psihofizička razvijenost i osobine učenika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40ABD06E" w14:textId="77777777" w:rsidTr="000A3F86">
        <w:trPr>
          <w:trHeight w:val="1611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7A01B913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2F25F6CE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3350DFF0" w14:textId="5E7A073D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3CB9D7FA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Ranije ponašanje učenika i ranije izrečene mjere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3E0C0E6A" w14:textId="77777777" w:rsidTr="000A3F86">
        <w:trPr>
          <w:trHeight w:val="1611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552BD72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323AA0B9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409F65AA" w14:textId="0E3498AD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272ECF65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Okolnosti koje utječu na razvoj učenika i okolnosti događaja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5CDD41E2" w14:textId="77777777" w:rsidTr="000A3F86">
        <w:trPr>
          <w:trHeight w:val="1611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D97059E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65BF5889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49D71F6C" w14:textId="78B46D50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6BAFCB51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Rizični i zaštitni čimbenici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76BD6A7F" w14:textId="77777777" w:rsidTr="000A3F86">
        <w:trPr>
          <w:trHeight w:val="1611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0DE34DE5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643004C9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217D118" w14:textId="21346E82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695E98CE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KONZULTACIJE PRIJE IZRICANJA MJERE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4989"/>
        <w:gridCol w:w="4990"/>
      </w:tblGrid>
      <w:tr w:rsidR="000A3F86" w:rsidRPr="000A3F86" w14:paraId="55C2E41E" w14:textId="77777777" w:rsidTr="00FC47D3">
        <w:trPr>
          <w:cantSplit/>
          <w:jc w:val="center"/>
        </w:trPr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D1903A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razrednik</w:t>
            </w:r>
          </w:p>
        </w:tc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3AD2DC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učitelj / nastavnik</w:t>
            </w:r>
          </w:p>
        </w:tc>
      </w:tr>
      <w:tr w:rsidR="000A3F86" w:rsidRPr="000A3F86" w14:paraId="2F6AAA97" w14:textId="77777777" w:rsidTr="00FC47D3">
        <w:trPr>
          <w:cantSplit/>
          <w:jc w:val="center"/>
        </w:trPr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0B63A3A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stručni suradnik</w:t>
            </w:r>
          </w:p>
        </w:tc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9E4890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ravnatelj</w:t>
            </w:r>
          </w:p>
        </w:tc>
      </w:tr>
      <w:tr w:rsidR="000A3F86" w:rsidRPr="000A3F86" w14:paraId="0C3B3724" w14:textId="77777777" w:rsidTr="00FC47D3">
        <w:trPr>
          <w:cantSplit/>
          <w:jc w:val="center"/>
        </w:trPr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A1F27CB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školski liječnik</w:t>
            </w:r>
          </w:p>
        </w:tc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08464E6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drugi stručnjak</w:t>
            </w:r>
          </w:p>
        </w:tc>
      </w:tr>
      <w:tr w:rsidR="000A3F86" w:rsidRPr="000A3F86" w14:paraId="5862F2E5" w14:textId="77777777" w:rsidTr="00FC47D3">
        <w:trPr>
          <w:cantSplit/>
          <w:jc w:val="center"/>
        </w:trPr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6BF128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Hrvatski zavod za socijalni rad</w:t>
            </w:r>
          </w:p>
        </w:tc>
        <w:tc>
          <w:tcPr>
            <w:tcW w:w="498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B35C21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druga nadležna institucija</w:t>
            </w:r>
          </w:p>
        </w:tc>
      </w:tr>
    </w:tbl>
    <w:p w14:paraId="670D2A9C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Zaključak konzultacija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4FD018AA" w14:textId="77777777" w:rsidTr="000A3F86">
        <w:trPr>
          <w:trHeight w:val="1611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D2FC5D4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6CC53A31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7F288054" w14:textId="65566462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1BC3C04A" w14:textId="77777777" w:rsidR="000A3F86" w:rsidRPr="000A3F86" w:rsidRDefault="000A3F86" w:rsidP="000A3F86">
      <w:pPr>
        <w:rPr>
          <w:lang w:val="hr-HR"/>
        </w:rPr>
      </w:pPr>
      <w:r w:rsidRPr="000A3F86">
        <w:rPr>
          <w:lang w:val="hr-HR"/>
        </w:rPr>
        <w:br w:type="page"/>
      </w:r>
    </w:p>
    <w:p w14:paraId="3FB48723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lastRenderedPageBreak/>
        <w:t>PRETHODNO PODUZETE PREVENTIVNE MJERE</w:t>
      </w:r>
    </w:p>
    <w:p w14:paraId="0BB122A9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Poduzete preventivne aktivnosti i njihov učinak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6CCE56AD" w14:textId="77777777" w:rsidTr="000A3F86">
        <w:trPr>
          <w:trHeight w:val="2218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FA98803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05D3B65B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26077DA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258B51D0" w14:textId="086D2DAB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32056B62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POMOĆ I POTPORA UČENIKU</w:t>
      </w:r>
    </w:p>
    <w:p w14:paraId="14F55DE1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Prijedlozi pomoći i potpore radi uklanjanja uzroka ponašanja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5D25A803" w14:textId="77777777" w:rsidTr="000A3F86">
        <w:trPr>
          <w:trHeight w:val="2218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49EAB80F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4CA3F87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49808024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241F3AF6" w14:textId="61C0CFC6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5A80CCD1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Nositelji, rokovi i način praćenja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65B534F2" w14:textId="77777777" w:rsidTr="000A3F86">
        <w:trPr>
          <w:trHeight w:val="1611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03D5C62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3D0DE0B0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1A3E5E52" w14:textId="5871858B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5BE2A53C" w14:textId="77777777" w:rsidR="000A3F86" w:rsidRDefault="000A3F86" w:rsidP="000A3F86">
      <w:pPr>
        <w:rPr>
          <w:lang w:val="hr-HR"/>
        </w:rPr>
      </w:pPr>
    </w:p>
    <w:p w14:paraId="43EC2E8A" w14:textId="50AEC5AF" w:rsidR="000A3F86" w:rsidRPr="000A3F86" w:rsidRDefault="000A3F86" w:rsidP="000A3F86">
      <w:pPr>
        <w:pBdr>
          <w:bottom w:val="single" w:sz="4" w:space="1" w:color="auto"/>
        </w:pBdr>
        <w:rPr>
          <w:lang w:val="hr-HR"/>
        </w:rPr>
      </w:pPr>
      <w:r w:rsidRPr="000A3F86">
        <w:rPr>
          <w:b/>
          <w:color w:val="263B50"/>
          <w:sz w:val="26"/>
          <w:lang w:val="hr-HR"/>
        </w:rPr>
        <w:t>RAZLOZI ODABIRA MJERE</w:t>
      </w:r>
    </w:p>
    <w:p w14:paraId="56C24F5B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Postupnost i ranije izrečene mjere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65AF0102" w14:textId="77777777" w:rsidTr="000A3F86">
        <w:trPr>
          <w:trHeight w:val="1611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47FBD1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4386E1AB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776B2D1F" w14:textId="288C38AF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5354A75C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t>Proporcionalnost, pravednost i pravodobnost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6F7B7DB4" w14:textId="77777777" w:rsidTr="000A3F86">
        <w:trPr>
          <w:trHeight w:val="2218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BD871A4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698C99A9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1EFD69D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71A55A06" w14:textId="7909264A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6E694D3F" w14:textId="77777777" w:rsidR="000A3F86" w:rsidRPr="000A3F86" w:rsidRDefault="000A3F86" w:rsidP="000A3F86">
      <w:pPr>
        <w:keepNext/>
        <w:spacing w:before="80"/>
        <w:rPr>
          <w:lang w:val="hr-HR"/>
        </w:rPr>
      </w:pPr>
      <w:r w:rsidRPr="000A3F86">
        <w:rPr>
          <w:b/>
          <w:color w:val="000000"/>
          <w:sz w:val="24"/>
          <w:lang w:val="hr-HR"/>
        </w:rPr>
        <w:lastRenderedPageBreak/>
        <w:t>Razlozi zbog kojih je odabrana upravo ova pedagoška mjera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2880E64F" w14:textId="77777777" w:rsidTr="000A3F86">
        <w:trPr>
          <w:trHeight w:val="2218"/>
          <w:jc w:val="center"/>
        </w:trPr>
        <w:tc>
          <w:tcPr>
            <w:tcW w:w="9979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0E05B6A6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0C3CB707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10464E47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  <w:p w14:paraId="58C56A03" w14:textId="7435BF40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 xml:space="preserve"> </w:t>
            </w:r>
          </w:p>
        </w:tc>
      </w:tr>
    </w:tbl>
    <w:p w14:paraId="03183050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PRAVODOBNOST IZRICANJA MJERE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2948"/>
        <w:gridCol w:w="7031"/>
      </w:tblGrid>
      <w:tr w:rsidR="000A3F86" w:rsidRPr="000A3F86" w14:paraId="3D1EBC30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2020C02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Datum saznanja škole za ponašanje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393833E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7815FEA5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F264F08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Krajnji propisani rok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BB2DEB0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  <w:tr w:rsidR="000A3F86" w:rsidRPr="000A3F86" w14:paraId="5949E5D7" w14:textId="77777777" w:rsidTr="00FC47D3">
        <w:trPr>
          <w:cantSplit/>
          <w:jc w:val="center"/>
        </w:trPr>
        <w:tc>
          <w:tcPr>
            <w:tcW w:w="2948" w:type="dxa"/>
            <w:shd w:val="clear" w:color="auto" w:fill="E4E9EF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7ED6F1AE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b/>
                <w:color w:val="000000"/>
                <w:sz w:val="24"/>
                <w:lang w:val="hr-HR"/>
              </w:rPr>
              <w:t>Datum izricanja mjere</w:t>
            </w:r>
          </w:p>
        </w:tc>
        <w:tc>
          <w:tcPr>
            <w:tcW w:w="7030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702963A" w14:textId="77777777" w:rsidR="000A3F86" w:rsidRPr="000A3F86" w:rsidRDefault="000A3F86" w:rsidP="00FC47D3">
            <w:pPr>
              <w:rPr>
                <w:lang w:val="hr-HR"/>
              </w:rPr>
            </w:pPr>
          </w:p>
        </w:tc>
      </w:tr>
    </w:tbl>
    <w:p w14:paraId="030360D8" w14:textId="77777777" w:rsidR="000A3F86" w:rsidRPr="000A3F86" w:rsidRDefault="000A3F86" w:rsidP="000A3F86">
      <w:pPr>
        <w:rPr>
          <w:lang w:val="hr-HR"/>
        </w:rPr>
      </w:pP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281DD143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3A6FBF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mjera je izrečena u roku od 15 dana</w:t>
            </w:r>
          </w:p>
        </w:tc>
      </w:tr>
      <w:tr w:rsidR="000A3F86" w:rsidRPr="000A3F86" w14:paraId="454F78CB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AF1B23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mjera je izrečena u roku od 30 dana</w:t>
            </w:r>
          </w:p>
        </w:tc>
      </w:tr>
      <w:tr w:rsidR="000A3F86" w:rsidRPr="000A3F86" w14:paraId="071EDDC3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4D9EB26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mjera je izrečena u roku od 60 dana</w:t>
            </w:r>
          </w:p>
        </w:tc>
      </w:tr>
      <w:tr w:rsidR="000A3F86" w:rsidRPr="000A3F86" w14:paraId="7322743A" w14:textId="77777777" w:rsidTr="00FC47D3">
        <w:trPr>
          <w:cantSplit/>
          <w:jc w:val="center"/>
        </w:trPr>
        <w:tc>
          <w:tcPr>
            <w:tcW w:w="9978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62E23DB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rFonts w:ascii="Segoe UI Symbol" w:eastAsia="Segoe UI Symbol" w:hAnsi="Segoe UI Symbol"/>
                <w:color w:val="000000"/>
                <w:sz w:val="22"/>
                <w:lang w:val="hr-HR"/>
              </w:rPr>
              <w:t>☐</w:t>
            </w:r>
            <w:r w:rsidRPr="000A3F86">
              <w:rPr>
                <w:color w:val="000000"/>
                <w:sz w:val="23"/>
                <w:lang w:val="hr-HR"/>
              </w:rPr>
              <w:t xml:space="preserve">  učenik je bio privremeno udaljen te je mjera izrečena u roku od 15 dana</w:t>
            </w:r>
          </w:p>
        </w:tc>
      </w:tr>
    </w:tbl>
    <w:p w14:paraId="0EA963D7" w14:textId="77777777" w:rsidR="000A3F86" w:rsidRDefault="000A3F86" w:rsidP="000A3F86">
      <w:pPr>
        <w:rPr>
          <w:lang w:val="hr-HR"/>
        </w:rPr>
      </w:pPr>
    </w:p>
    <w:p w14:paraId="0C098EF1" w14:textId="6F54435E" w:rsidR="000A3F86" w:rsidRDefault="000A3F86" w:rsidP="000A3F86">
      <w:pPr>
        <w:pBdr>
          <w:bottom w:val="single" w:sz="4" w:space="1" w:color="auto"/>
        </w:pBdr>
        <w:rPr>
          <w:b/>
          <w:color w:val="263B50"/>
          <w:sz w:val="26"/>
          <w:lang w:val="hr-HR"/>
        </w:rPr>
      </w:pPr>
      <w:r w:rsidRPr="000A3F86">
        <w:rPr>
          <w:b/>
          <w:color w:val="263B50"/>
          <w:sz w:val="26"/>
          <w:lang w:val="hr-HR"/>
        </w:rPr>
        <w:t>UPUTA O MOGUĆNOSTI PRIGOVORA – MJERE UPOZORENJA</w:t>
      </w:r>
    </w:p>
    <w:p w14:paraId="11CE526D" w14:textId="77777777" w:rsidR="000A3F86" w:rsidRPr="000A3F86" w:rsidRDefault="000A3F86" w:rsidP="000A3F86">
      <w:pPr>
        <w:rPr>
          <w:lang w:val="hr-HR"/>
        </w:rPr>
      </w:pP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2E45E7CB" w14:textId="77777777" w:rsidTr="00FC47D3">
        <w:trPr>
          <w:jc w:val="center"/>
        </w:trPr>
        <w:tc>
          <w:tcPr>
            <w:tcW w:w="9978" w:type="dxa"/>
            <w:shd w:val="clear" w:color="auto" w:fill="F2F4F7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5BD67D9" w14:textId="77777777" w:rsidR="000A3F86" w:rsidRPr="000A3F86" w:rsidRDefault="000A3F86" w:rsidP="000A3F86">
            <w:pPr>
              <w:spacing w:line="252" w:lineRule="auto"/>
              <w:jc w:val="both"/>
              <w:rPr>
                <w:lang w:val="hr-HR"/>
              </w:rPr>
            </w:pPr>
            <w:r w:rsidRPr="000A3F86">
              <w:rPr>
                <w:i/>
                <w:color w:val="7A8290"/>
                <w:sz w:val="21"/>
                <w:lang w:val="hr-HR"/>
              </w:rPr>
              <w:t>Protiv izrečene pedagoške mjere učenik ili roditelj može podnijeti prigovor ravnatelju škole u roku od osam dana od dana izricanja mjere.</w:t>
            </w:r>
          </w:p>
        </w:tc>
      </w:tr>
    </w:tbl>
    <w:p w14:paraId="4ADA292B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UPUTA O PRAVNOM LIJEKU – PRESELJENJE / ISKLJUČENJE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39B27D79" w14:textId="77777777" w:rsidTr="00FC47D3">
        <w:trPr>
          <w:jc w:val="center"/>
        </w:trPr>
        <w:tc>
          <w:tcPr>
            <w:tcW w:w="9978" w:type="dxa"/>
            <w:shd w:val="clear" w:color="auto" w:fill="F2F4F7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2E6A28F8" w14:textId="46724604" w:rsidR="000A3F86" w:rsidRPr="000A3F86" w:rsidRDefault="000A5EE9" w:rsidP="000A3F86">
            <w:pPr>
              <w:spacing w:line="252" w:lineRule="auto"/>
              <w:jc w:val="both"/>
              <w:rPr>
                <w:lang w:val="hr-HR"/>
              </w:rPr>
            </w:pPr>
            <w:proofErr w:type="spellStart"/>
            <w:r w:rsidRPr="000A5EE9">
              <w:rPr>
                <w:i/>
                <w:color w:val="7A8290"/>
                <w:sz w:val="21"/>
              </w:rPr>
              <w:t>Protiv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ovog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rješenja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može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se </w:t>
            </w:r>
            <w:proofErr w:type="spellStart"/>
            <w:r w:rsidRPr="000A5EE9">
              <w:rPr>
                <w:i/>
                <w:color w:val="7A8290"/>
                <w:sz w:val="21"/>
              </w:rPr>
              <w:t>izjaviti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žalba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Ministarstvu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znanosti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, </w:t>
            </w:r>
            <w:proofErr w:type="spellStart"/>
            <w:r w:rsidRPr="000A5EE9">
              <w:rPr>
                <w:i/>
                <w:color w:val="7A8290"/>
                <w:sz w:val="21"/>
              </w:rPr>
              <w:t>obrazovanja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i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mladih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u </w:t>
            </w:r>
            <w:proofErr w:type="spellStart"/>
            <w:r w:rsidRPr="000A5EE9">
              <w:rPr>
                <w:i/>
                <w:color w:val="7A8290"/>
                <w:sz w:val="21"/>
              </w:rPr>
              <w:t>roku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od 15 dana od dana </w:t>
            </w:r>
            <w:proofErr w:type="spellStart"/>
            <w:r w:rsidRPr="000A5EE9">
              <w:rPr>
                <w:i/>
                <w:color w:val="7A8290"/>
                <w:sz w:val="21"/>
              </w:rPr>
              <w:t>dostave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rješenja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. </w:t>
            </w:r>
            <w:proofErr w:type="spellStart"/>
            <w:r w:rsidRPr="000A5EE9">
              <w:rPr>
                <w:i/>
                <w:color w:val="7A8290"/>
                <w:sz w:val="21"/>
              </w:rPr>
              <w:t>Žalba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se </w:t>
            </w:r>
            <w:proofErr w:type="spellStart"/>
            <w:r w:rsidRPr="000A5EE9">
              <w:rPr>
                <w:i/>
                <w:color w:val="7A8290"/>
                <w:sz w:val="21"/>
              </w:rPr>
              <w:t>predaje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[</w:t>
            </w:r>
            <w:proofErr w:type="spellStart"/>
            <w:r w:rsidRPr="000A5EE9">
              <w:rPr>
                <w:i/>
                <w:color w:val="7A8290"/>
                <w:sz w:val="21"/>
              </w:rPr>
              <w:t>naziv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škole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] </w:t>
            </w:r>
            <w:proofErr w:type="spellStart"/>
            <w:r w:rsidRPr="000A5EE9">
              <w:rPr>
                <w:i/>
                <w:color w:val="7A8290"/>
                <w:sz w:val="21"/>
              </w:rPr>
              <w:t>neposredno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u </w:t>
            </w:r>
            <w:proofErr w:type="spellStart"/>
            <w:r w:rsidRPr="000A5EE9">
              <w:rPr>
                <w:i/>
                <w:color w:val="7A8290"/>
                <w:sz w:val="21"/>
              </w:rPr>
              <w:t>pisanom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obliku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, </w:t>
            </w:r>
            <w:proofErr w:type="spellStart"/>
            <w:r w:rsidRPr="000A5EE9">
              <w:rPr>
                <w:i/>
                <w:color w:val="7A8290"/>
                <w:sz w:val="21"/>
              </w:rPr>
              <w:t>poštom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ili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elektroničkim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putem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. </w:t>
            </w:r>
            <w:proofErr w:type="spellStart"/>
            <w:r w:rsidRPr="000A5EE9">
              <w:rPr>
                <w:i/>
                <w:color w:val="7A8290"/>
                <w:sz w:val="21"/>
              </w:rPr>
              <w:t>Stranka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se </w:t>
            </w:r>
            <w:proofErr w:type="spellStart"/>
            <w:r w:rsidRPr="000A5EE9">
              <w:rPr>
                <w:i/>
                <w:color w:val="7A8290"/>
                <w:sz w:val="21"/>
              </w:rPr>
              <w:t>može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odreći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prava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na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žalbu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od dana </w:t>
            </w:r>
            <w:proofErr w:type="spellStart"/>
            <w:r w:rsidRPr="000A5EE9">
              <w:rPr>
                <w:i/>
                <w:color w:val="7A8290"/>
                <w:sz w:val="21"/>
              </w:rPr>
              <w:t>primitka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prvostupanjskog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rješenja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do dana </w:t>
            </w:r>
            <w:proofErr w:type="spellStart"/>
            <w:r w:rsidRPr="000A5EE9">
              <w:rPr>
                <w:i/>
                <w:color w:val="7A8290"/>
                <w:sz w:val="21"/>
              </w:rPr>
              <w:t>isteka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roka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za </w:t>
            </w:r>
            <w:proofErr w:type="spellStart"/>
            <w:r w:rsidRPr="000A5EE9">
              <w:rPr>
                <w:i/>
                <w:color w:val="7A8290"/>
                <w:sz w:val="21"/>
              </w:rPr>
              <w:t>izjavljivanje</w:t>
            </w:r>
            <w:proofErr w:type="spellEnd"/>
            <w:r w:rsidRPr="000A5EE9">
              <w:rPr>
                <w:i/>
                <w:color w:val="7A8290"/>
                <w:sz w:val="21"/>
              </w:rPr>
              <w:t xml:space="preserve"> </w:t>
            </w:r>
            <w:proofErr w:type="spellStart"/>
            <w:r w:rsidRPr="000A5EE9">
              <w:rPr>
                <w:i/>
                <w:color w:val="7A8290"/>
                <w:sz w:val="21"/>
              </w:rPr>
              <w:t>žalbe</w:t>
            </w:r>
            <w:proofErr w:type="spellEnd"/>
            <w:r w:rsidRPr="000A5EE9">
              <w:rPr>
                <w:i/>
                <w:color w:val="7A8290"/>
                <w:sz w:val="21"/>
              </w:rPr>
              <w:t>.</w:t>
            </w:r>
          </w:p>
        </w:tc>
      </w:tr>
    </w:tbl>
    <w:p w14:paraId="0F845A76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POTPIS I PEČAT</w:t>
      </w:r>
    </w:p>
    <w:tbl>
      <w:tblPr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4989"/>
        <w:gridCol w:w="4990"/>
      </w:tblGrid>
      <w:tr w:rsidR="000A3F86" w:rsidRPr="000A3F86" w14:paraId="6F83579A" w14:textId="77777777" w:rsidTr="00FC47D3">
        <w:trPr>
          <w:jc w:val="center"/>
        </w:trPr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38F09A0" w14:textId="77777777" w:rsidR="000A3F86" w:rsidRPr="000A3F86" w:rsidRDefault="000A3F86" w:rsidP="00FC47D3">
            <w:pPr>
              <w:jc w:val="center"/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br/>
              <w:t>____________________________</w:t>
            </w: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01713823" w14:textId="77777777" w:rsidR="000A3F86" w:rsidRPr="000A3F86" w:rsidRDefault="000A3F86" w:rsidP="00FC47D3">
            <w:pPr>
              <w:jc w:val="center"/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br/>
              <w:t>____________________________</w:t>
            </w:r>
          </w:p>
        </w:tc>
      </w:tr>
      <w:tr w:rsidR="000A3F86" w:rsidRPr="000A3F86" w14:paraId="583096CE" w14:textId="77777777" w:rsidTr="00FC47D3">
        <w:trPr>
          <w:jc w:val="center"/>
        </w:trPr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CC49454" w14:textId="77777777" w:rsidR="000A3F86" w:rsidRPr="000A3F86" w:rsidRDefault="000A3F86" w:rsidP="00FC47D3">
            <w:pPr>
              <w:jc w:val="center"/>
              <w:rPr>
                <w:lang w:val="hr-HR"/>
              </w:rPr>
            </w:pPr>
            <w:r w:rsidRPr="000A3F86">
              <w:rPr>
                <w:i/>
                <w:color w:val="7A8290"/>
                <w:sz w:val="24"/>
                <w:lang w:val="hr-HR"/>
              </w:rPr>
              <w:t>ovlaštena osoba / predsjedatelj</w:t>
            </w: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C7B1064" w14:textId="77777777" w:rsidR="000A3F86" w:rsidRPr="000A3F86" w:rsidRDefault="000A3F86" w:rsidP="00FC47D3">
            <w:pPr>
              <w:jc w:val="center"/>
              <w:rPr>
                <w:lang w:val="hr-HR"/>
              </w:rPr>
            </w:pPr>
            <w:r w:rsidRPr="000A3F86">
              <w:rPr>
                <w:i/>
                <w:color w:val="7A8290"/>
                <w:sz w:val="24"/>
                <w:lang w:val="hr-HR"/>
              </w:rPr>
              <w:t>M. P.</w:t>
            </w:r>
          </w:p>
        </w:tc>
      </w:tr>
    </w:tbl>
    <w:p w14:paraId="5B164BCE" w14:textId="77777777" w:rsidR="000A3F86" w:rsidRPr="000A3F86" w:rsidRDefault="000A3F86" w:rsidP="000A3F86">
      <w:pPr>
        <w:pStyle w:val="Sectionband"/>
        <w:keepNext/>
        <w:pBdr>
          <w:bottom w:val="single" w:sz="10" w:space="2" w:color="263B50"/>
        </w:pBdr>
        <w:spacing w:before="140" w:after="80" w:line="240" w:lineRule="auto"/>
        <w:rPr>
          <w:lang w:val="hr-HR"/>
        </w:rPr>
      </w:pPr>
      <w:r w:rsidRPr="000A3F86">
        <w:rPr>
          <w:rFonts w:eastAsia="Times New Roman"/>
          <w:color w:val="263B50"/>
          <w:lang w:val="hr-HR"/>
        </w:rPr>
        <w:t>DOSTAVITI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9412"/>
      </w:tblGrid>
      <w:tr w:rsidR="000A3F86" w:rsidRPr="000A3F86" w14:paraId="46FACE29" w14:textId="77777777" w:rsidTr="00FC47D3">
        <w:trPr>
          <w:jc w:val="center"/>
        </w:trPr>
        <w:tc>
          <w:tcPr>
            <w:tcW w:w="567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0166F80E" w14:textId="77777777" w:rsidR="000A3F86" w:rsidRPr="000A3F86" w:rsidRDefault="000A3F86" w:rsidP="00FC47D3">
            <w:pPr>
              <w:jc w:val="center"/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>1.</w:t>
            </w:r>
          </w:p>
        </w:tc>
        <w:tc>
          <w:tcPr>
            <w:tcW w:w="9411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646D8DF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>učeniku i roditelju / zakonskom zastupniku</w:t>
            </w:r>
          </w:p>
        </w:tc>
      </w:tr>
      <w:tr w:rsidR="000A3F86" w:rsidRPr="000A3F86" w14:paraId="5E3CE3F8" w14:textId="77777777" w:rsidTr="00FC47D3">
        <w:trPr>
          <w:jc w:val="center"/>
        </w:trPr>
        <w:tc>
          <w:tcPr>
            <w:tcW w:w="567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EC3D676" w14:textId="77777777" w:rsidR="000A3F86" w:rsidRPr="000A3F86" w:rsidRDefault="000A3F86" w:rsidP="00FC47D3">
            <w:pPr>
              <w:jc w:val="center"/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>2.</w:t>
            </w:r>
          </w:p>
        </w:tc>
        <w:tc>
          <w:tcPr>
            <w:tcW w:w="9411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5A071EFE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lang w:val="hr-HR"/>
              </w:rPr>
              <w:t>razredniku</w:t>
            </w:r>
          </w:p>
        </w:tc>
      </w:tr>
      <w:tr w:rsidR="000A3F86" w:rsidRPr="000A3F86" w14:paraId="7DD9F9E5" w14:textId="77777777" w:rsidTr="00FC47D3">
        <w:trPr>
          <w:jc w:val="center"/>
        </w:trPr>
        <w:tc>
          <w:tcPr>
            <w:tcW w:w="567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610277EF" w14:textId="77777777" w:rsidR="000A3F86" w:rsidRPr="000A3F86" w:rsidRDefault="000A3F86" w:rsidP="00FC47D3">
            <w:pPr>
              <w:jc w:val="center"/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>3.</w:t>
            </w:r>
          </w:p>
        </w:tc>
        <w:tc>
          <w:tcPr>
            <w:tcW w:w="9411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6BFF9AC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>u pedagošku dokumentaciju učenika</w:t>
            </w:r>
          </w:p>
        </w:tc>
      </w:tr>
      <w:tr w:rsidR="000A3F86" w:rsidRPr="000A3F86" w14:paraId="6C66D402" w14:textId="77777777" w:rsidTr="00FC47D3">
        <w:trPr>
          <w:jc w:val="center"/>
        </w:trPr>
        <w:tc>
          <w:tcPr>
            <w:tcW w:w="567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2E54D229" w14:textId="77777777" w:rsidR="000A3F86" w:rsidRPr="000A3F86" w:rsidRDefault="000A3F86" w:rsidP="00FC47D3">
            <w:pPr>
              <w:jc w:val="center"/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lastRenderedPageBreak/>
              <w:t>4.</w:t>
            </w:r>
          </w:p>
        </w:tc>
        <w:tc>
          <w:tcPr>
            <w:tcW w:w="9411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070F2E10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>pismohrani</w:t>
            </w:r>
          </w:p>
        </w:tc>
      </w:tr>
      <w:tr w:rsidR="000A3F86" w:rsidRPr="000A3F86" w14:paraId="67E9B4B0" w14:textId="77777777" w:rsidTr="00FC47D3">
        <w:trPr>
          <w:jc w:val="center"/>
        </w:trPr>
        <w:tc>
          <w:tcPr>
            <w:tcW w:w="567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FE03368" w14:textId="77777777" w:rsidR="000A3F86" w:rsidRPr="000A3F86" w:rsidRDefault="000A3F86" w:rsidP="00FC47D3">
            <w:pPr>
              <w:jc w:val="center"/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>5.</w:t>
            </w:r>
          </w:p>
        </w:tc>
        <w:tc>
          <w:tcPr>
            <w:tcW w:w="9411" w:type="dxa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1720FF2A" w14:textId="77777777" w:rsidR="000A3F86" w:rsidRPr="000A3F86" w:rsidRDefault="000A3F86" w:rsidP="00FC47D3">
            <w:pPr>
              <w:rPr>
                <w:lang w:val="hr-HR"/>
              </w:rPr>
            </w:pPr>
            <w:r w:rsidRPr="000A3F86">
              <w:rPr>
                <w:color w:val="000000"/>
                <w:sz w:val="24"/>
                <w:lang w:val="hr-HR"/>
              </w:rPr>
              <w:t>drugo: ____________________________________________</w:t>
            </w:r>
          </w:p>
        </w:tc>
      </w:tr>
    </w:tbl>
    <w:p w14:paraId="0BC5BA41" w14:textId="77777777" w:rsidR="000A3F86" w:rsidRPr="000A3F86" w:rsidRDefault="000A3F86" w:rsidP="000A3F86">
      <w:pPr>
        <w:keepNext/>
        <w:spacing w:before="140"/>
        <w:rPr>
          <w:lang w:val="hr-HR"/>
        </w:rPr>
      </w:pPr>
      <w:r w:rsidRPr="000A3F86">
        <w:rPr>
          <w:b/>
          <w:color w:val="263B50"/>
          <w:sz w:val="24"/>
          <w:lang w:val="hr-HR"/>
        </w:rPr>
        <w:t>NAPOMENA O OBAVIJESTI HZSR-u</w:t>
      </w:r>
    </w:p>
    <w:tbl>
      <w:tblPr>
        <w:tblStyle w:val="Reetkatablice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A3F86" w:rsidRPr="000A3F86" w14:paraId="44778792" w14:textId="77777777" w:rsidTr="00FC47D3">
        <w:trPr>
          <w:jc w:val="center"/>
        </w:trPr>
        <w:tc>
          <w:tcPr>
            <w:tcW w:w="9978" w:type="dxa"/>
            <w:shd w:val="clear" w:color="auto" w:fill="F2F4F7"/>
            <w:tcMar>
              <w:top w:w="100" w:type="dxa"/>
              <w:left w:w="130" w:type="dxa"/>
              <w:bottom w:w="100" w:type="dxa"/>
              <w:right w:w="130" w:type="dxa"/>
            </w:tcMar>
            <w:vAlign w:val="center"/>
          </w:tcPr>
          <w:p w14:paraId="3B86FBD2" w14:textId="77777777" w:rsidR="000A3F86" w:rsidRPr="000A3F86" w:rsidRDefault="000A3F86" w:rsidP="000A3F86">
            <w:pPr>
              <w:spacing w:line="252" w:lineRule="auto"/>
              <w:jc w:val="both"/>
              <w:rPr>
                <w:lang w:val="hr-HR"/>
              </w:rPr>
            </w:pPr>
            <w:r w:rsidRPr="000A3F86">
              <w:rPr>
                <w:i/>
                <w:color w:val="7A8290"/>
                <w:sz w:val="21"/>
                <w:lang w:val="hr-HR"/>
              </w:rPr>
              <w:t>Za strogi ukor, opomenu pred isključenje, preseljenje u drugu školu i isključenje iz srednje škole škola zasebno šalje obavijest nadležnom područnom uredu Hrvatskog zavoda za socijalni rad i traži izvještaj o poduzetim radnjama, u skladu s člankom 8. stavkom 5. Pravilnika.</w:t>
            </w:r>
          </w:p>
        </w:tc>
      </w:tr>
    </w:tbl>
    <w:p w14:paraId="3898D58A" w14:textId="77777777" w:rsidR="000A3F86" w:rsidRPr="000A3F86" w:rsidRDefault="000A3F86" w:rsidP="000A3F86">
      <w:pPr>
        <w:rPr>
          <w:lang w:val="hr-HR"/>
        </w:rPr>
      </w:pPr>
    </w:p>
    <w:p w14:paraId="3906B0E1" w14:textId="77777777" w:rsidR="00352B16" w:rsidRPr="000A3F86" w:rsidRDefault="00352B16">
      <w:pPr>
        <w:rPr>
          <w:rFonts w:cs="Times New Roman"/>
          <w:sz w:val="24"/>
          <w:szCs w:val="24"/>
          <w:lang w:val="hr-HR"/>
        </w:rPr>
      </w:pPr>
    </w:p>
    <w:p w14:paraId="421AF350" w14:textId="77777777" w:rsidR="000A3F86" w:rsidRDefault="000A3F86">
      <w:pPr>
        <w:spacing w:after="200" w:line="276" w:lineRule="auto"/>
        <w:rPr>
          <w:rFonts w:cs="Times New Roman"/>
          <w:b/>
          <w:color w:val="26384A"/>
          <w:sz w:val="24"/>
          <w:szCs w:val="24"/>
          <w:lang w:val="hr-HR"/>
        </w:rPr>
      </w:pPr>
      <w:r>
        <w:rPr>
          <w:rFonts w:cs="Times New Roman"/>
          <w:b/>
          <w:color w:val="26384A"/>
          <w:sz w:val="24"/>
          <w:szCs w:val="24"/>
          <w:lang w:val="hr-HR"/>
        </w:rPr>
        <w:br w:type="page"/>
      </w:r>
    </w:p>
    <w:p w14:paraId="015635D0" w14:textId="333CE49C" w:rsidR="007C18A6" w:rsidRPr="005035EC" w:rsidRDefault="00000000">
      <w:pPr>
        <w:keepNext/>
        <w:jc w:val="center"/>
        <w:rPr>
          <w:rFonts w:ascii="Baskervville" w:hAnsi="Baskervville" w:cs="Times New Roman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lastRenderedPageBreak/>
        <w:t>EVIDENCIJA IZOSTANAKA I IZRAČUN PRAGA ZA</w:t>
      </w:r>
      <w:r w:rsidR="00E95192"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t xml:space="preserve"> IZRICANJE PEDAGOŠKE</w:t>
      </w: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t xml:space="preserve"> MJER</w:t>
      </w:r>
      <w:r w:rsidR="00E95192"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t>E</w:t>
      </w:r>
    </w:p>
    <w:p w14:paraId="635B21E9" w14:textId="0203CAA7" w:rsidR="007C18A6" w:rsidRPr="000A3F86" w:rsidRDefault="00AD5C0E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rFonts w:cs="Times New Roman"/>
          <w:i/>
          <w:color w:val="6B7280"/>
          <w:sz w:val="24"/>
          <w:szCs w:val="24"/>
          <w:lang w:val="hr-HR"/>
        </w:rPr>
        <w:t>temeljem čl. 4. i čl. 7. (NN 94/15, 3/17, 22/26)</w:t>
      </w:r>
    </w:p>
    <w:p w14:paraId="26E93B5A" w14:textId="77777777" w:rsidR="00AD5C0E" w:rsidRPr="000A3F86" w:rsidRDefault="00AD5C0E">
      <w:pPr>
        <w:keepNext/>
        <w:jc w:val="center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2C664D14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30CE1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Naziv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5E797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5EA79878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A7CE8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Adresa / sjedište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AA2DB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2CB60E5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91242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Školska godina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2425D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72B5E5A1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51243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E6E39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3348734E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37402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A5235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3C064148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7C367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Razrednik/</w:t>
            </w:r>
            <w:proofErr w:type="spellStart"/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ca</w:t>
            </w:r>
            <w:proofErr w:type="spellEnd"/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43AB1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57033109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5BB2FD64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7D03D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Ukupan broj nastavnih sati u koje je učenik trebao biti uključen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09BD6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02AB052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AFC64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Broj neopravdanih sati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56BA0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06331206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BB32A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Postotak neopravdanih sati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92E39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AC59066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4719B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Datum izračuna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B166E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284162DC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500"/>
        <w:gridCol w:w="1000"/>
        <w:gridCol w:w="2191"/>
        <w:gridCol w:w="2000"/>
        <w:gridCol w:w="1800"/>
        <w:gridCol w:w="1600"/>
      </w:tblGrid>
      <w:tr w:rsidR="007C18A6" w:rsidRPr="000A3F86" w14:paraId="46094F13" w14:textId="77777777">
        <w:trPr>
          <w:jc w:val="center"/>
        </w:trPr>
        <w:tc>
          <w:tcPr>
            <w:tcW w:w="10091" w:type="dxa"/>
            <w:gridSpan w:val="6"/>
            <w:shd w:val="clear" w:color="auto" w:fill="F6F7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7A688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6B7280"/>
                <w:sz w:val="24"/>
                <w:szCs w:val="24"/>
                <w:lang w:val="hr-HR"/>
              </w:rPr>
              <w:t>Pragovi: više od 0,5 % – opomena; više od 1 % – ukor; više od 1,5 % – strogi ukor / opomena pred isključenje; više od 2 % – preseljenje / isključenje. Izračun: neopravdani sati ÷ ukupni sati × 100.</w:t>
            </w:r>
          </w:p>
        </w:tc>
      </w:tr>
      <w:tr w:rsidR="007C18A6" w:rsidRPr="000A3F86" w14:paraId="597BE7A5" w14:textId="77777777">
        <w:trPr>
          <w:tblHeader/>
          <w:jc w:val="center"/>
        </w:trPr>
        <w:tc>
          <w:tcPr>
            <w:tcW w:w="15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2B56C1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Razdoblje / datum</w:t>
            </w:r>
          </w:p>
        </w:tc>
        <w:tc>
          <w:tcPr>
            <w:tcW w:w="10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AC1590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Broj sati</w:t>
            </w:r>
          </w:p>
        </w:tc>
        <w:tc>
          <w:tcPr>
            <w:tcW w:w="2191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C3FB12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Razlog izostanka</w:t>
            </w:r>
          </w:p>
        </w:tc>
        <w:tc>
          <w:tcPr>
            <w:tcW w:w="20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83BF81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Dokaz / zahtjev</w:t>
            </w:r>
          </w:p>
        </w:tc>
        <w:tc>
          <w:tcPr>
            <w:tcW w:w="18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5662CD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Odobrio / opravdao</w:t>
            </w:r>
          </w:p>
        </w:tc>
        <w:tc>
          <w:tcPr>
            <w:tcW w:w="16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190906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Status</w:t>
            </w:r>
          </w:p>
        </w:tc>
      </w:tr>
      <w:tr w:rsidR="007C18A6" w:rsidRPr="000A3F86" w14:paraId="478DA408" w14:textId="77777777">
        <w:trPr>
          <w:cantSplit/>
          <w:jc w:val="center"/>
        </w:trPr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72953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D209A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C96D3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6FADA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650F7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10475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AE1C673" w14:textId="77777777">
        <w:trPr>
          <w:cantSplit/>
          <w:jc w:val="center"/>
        </w:trPr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DA8F1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AF2F9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C127A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1AA77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97D88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5B5BE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2735264" w14:textId="77777777">
        <w:trPr>
          <w:cantSplit/>
          <w:jc w:val="center"/>
        </w:trPr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86E44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BF10C2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6B23A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42C90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260C5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B3814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52AD65DB" w14:textId="77777777">
        <w:trPr>
          <w:cantSplit/>
          <w:jc w:val="center"/>
        </w:trPr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2C98C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ECD01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1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F81A7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1BF08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E6D50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86DBD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612961B7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p w14:paraId="0B969D8C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Provjera opravdanosti: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7C18A6" w:rsidRPr="000A3F86" w14:paraId="6667F7FD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26C53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pravodobno odobrio učitelj/nastavnik tijekom nastavnog dana</w:t>
            </w:r>
          </w:p>
        </w:tc>
      </w:tr>
      <w:tr w:rsidR="007C18A6" w:rsidRPr="000A3F86" w14:paraId="7831F5CA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A1832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pravodobno odobrio razrednik do 3 radna dana</w:t>
            </w:r>
          </w:p>
        </w:tc>
      </w:tr>
      <w:tr w:rsidR="007C18A6" w:rsidRPr="000A3F86" w14:paraId="70313150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AF392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pravodobno odobrio ravnatelj do 7 uzastopnih radnih dana</w:t>
            </w:r>
          </w:p>
        </w:tc>
      </w:tr>
      <w:tr w:rsidR="007C18A6" w:rsidRPr="000A3F86" w14:paraId="1B04B863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3DAC3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pravodobno odobrilo učiteljsko/nastavničko vijeće do 15 uzastopnih radnih dana</w:t>
            </w:r>
          </w:p>
        </w:tc>
      </w:tr>
      <w:tr w:rsidR="007C18A6" w:rsidRPr="000A3F86" w14:paraId="07768167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2271DA" w14:textId="36BBD90D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roditelj naknadno opravdao</w:t>
            </w:r>
            <w:r w:rsidR="00352B16"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izostanak u trajanju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do 3 radna dana</w:t>
            </w:r>
          </w:p>
        </w:tc>
      </w:tr>
      <w:tr w:rsidR="007C18A6" w:rsidRPr="000A3F86" w14:paraId="3C650737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4F11A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zdravstveni izostanak dulji od 3 uzastopna radna dana pokriven liječničkom potvrdom</w:t>
            </w:r>
          </w:p>
        </w:tc>
      </w:tr>
      <w:tr w:rsidR="007C18A6" w:rsidRPr="000A3F86" w14:paraId="4B086321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D290C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potvrda nadležne ustanove / osobe</w:t>
            </w:r>
          </w:p>
        </w:tc>
      </w:tr>
      <w:tr w:rsidR="007C18A6" w:rsidRPr="000A3F86" w14:paraId="0BBCF8D7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CFBE1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lastRenderedPageBreak/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izostanak nije odobren ni opravdan</w:t>
            </w:r>
          </w:p>
        </w:tc>
      </w:tr>
      <w:tr w:rsidR="007C18A6" w:rsidRPr="000A3F86" w14:paraId="6665ECF7" w14:textId="77777777">
        <w:trPr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A2FA3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osnovna škola: izostanak zbog protesta / izražavanja nezadovoljstva – ne može se opravdati</w:t>
            </w:r>
          </w:p>
        </w:tc>
      </w:tr>
    </w:tbl>
    <w:p w14:paraId="1D9DFC08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6F40A99A" w14:textId="5C96BB58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Zaključak i prijedlog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7C18A6" w:rsidRPr="000A3F86" w14:paraId="7DB86F1B" w14:textId="77777777">
        <w:trPr>
          <w:cantSplit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B76C0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45AF06E3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8B56D8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razrednik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8F7603" w14:textId="56559B48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</w:p>
        </w:tc>
      </w:tr>
    </w:tbl>
    <w:p w14:paraId="66A81C56" w14:textId="77777777" w:rsidR="007C18A6" w:rsidRPr="000A3F86" w:rsidRDefault="00000000">
      <w:pPr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sz w:val="24"/>
          <w:szCs w:val="24"/>
          <w:lang w:val="hr-HR"/>
        </w:rPr>
        <w:br w:type="page"/>
      </w:r>
    </w:p>
    <w:p w14:paraId="63EA50B7" w14:textId="62C85F42" w:rsidR="007C18A6" w:rsidRPr="005035EC" w:rsidRDefault="00000000">
      <w:pPr>
        <w:keepNext/>
        <w:jc w:val="center"/>
        <w:rPr>
          <w:rFonts w:ascii="Baskervville" w:hAnsi="Baskervville" w:cs="Times New Roman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lastRenderedPageBreak/>
        <w:t>PLAN POMOĆI, POTPORE I PRAĆENJA NAKON</w:t>
      </w:r>
      <w:r w:rsidR="00E95192"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t xml:space="preserve"> IZREČENE PEDAGOŠKE</w:t>
      </w: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t xml:space="preserve"> MJERE</w:t>
      </w:r>
    </w:p>
    <w:p w14:paraId="2F277484" w14:textId="7F6F4BD5" w:rsidR="007C18A6" w:rsidRPr="000A3F86" w:rsidRDefault="00AD5C0E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rFonts w:cs="Times New Roman"/>
          <w:i/>
          <w:color w:val="6B7280"/>
          <w:sz w:val="24"/>
          <w:szCs w:val="24"/>
          <w:lang w:val="hr-HR"/>
        </w:rPr>
        <w:t>temeljem čl. 1. st. 2.; čl. 6. st. 2. i 3. (NN 94/15, 3/17, 22/26)</w:t>
      </w:r>
    </w:p>
    <w:p w14:paraId="50AA83CF" w14:textId="77777777" w:rsidR="00AD5C0E" w:rsidRPr="000A3F86" w:rsidRDefault="00AD5C0E">
      <w:pPr>
        <w:keepNext/>
        <w:jc w:val="center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2C1A3CEB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ADC55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Naziv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788F3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30CAD0A6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9FCF5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Adresa / sjedište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E275B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79EAFC93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B3465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Školska godina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9DA5B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51E380F9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E87BD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E43C2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40D44E5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D7B92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 odjel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E61DA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43D42CEA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18F73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Razrednik/</w:t>
            </w:r>
            <w:proofErr w:type="spellStart"/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ca</w:t>
            </w:r>
            <w:proofErr w:type="spellEnd"/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D17DC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3DCBE81F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006E994A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94C24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Izrečena mjera i datum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EF0A6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76AB190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FB622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Odgovorna osoba za koordinaciju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F0795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6ADFFC6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2ACC0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Razdoblje praćenja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E2CBB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3C3A4D09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800"/>
        <w:gridCol w:w="1800"/>
        <w:gridCol w:w="2491"/>
        <w:gridCol w:w="1400"/>
        <w:gridCol w:w="1100"/>
        <w:gridCol w:w="1500"/>
      </w:tblGrid>
      <w:tr w:rsidR="007C18A6" w:rsidRPr="000A3F86" w14:paraId="166D3F6D" w14:textId="77777777">
        <w:trPr>
          <w:tblHeader/>
          <w:jc w:val="center"/>
        </w:trPr>
        <w:tc>
          <w:tcPr>
            <w:tcW w:w="18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AA20A6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Utvrđeni uzrok / potreba</w:t>
            </w:r>
          </w:p>
        </w:tc>
        <w:tc>
          <w:tcPr>
            <w:tcW w:w="18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B333A1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Cilj promjene</w:t>
            </w:r>
          </w:p>
        </w:tc>
        <w:tc>
          <w:tcPr>
            <w:tcW w:w="2491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D09197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Aktivnost / oblik potpore</w:t>
            </w:r>
          </w:p>
        </w:tc>
        <w:tc>
          <w:tcPr>
            <w:tcW w:w="14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6E0920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Nositelj</w:t>
            </w:r>
          </w:p>
        </w:tc>
        <w:tc>
          <w:tcPr>
            <w:tcW w:w="11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60DE19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Rok</w:t>
            </w:r>
          </w:p>
        </w:tc>
        <w:tc>
          <w:tcPr>
            <w:tcW w:w="15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355E3E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Pokazatelj napretka</w:t>
            </w:r>
          </w:p>
        </w:tc>
      </w:tr>
      <w:tr w:rsidR="007C18A6" w:rsidRPr="000A3F86" w14:paraId="1297066A" w14:textId="77777777">
        <w:trPr>
          <w:cantSplit/>
          <w:jc w:val="center"/>
        </w:trPr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26F65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C534D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4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8999E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E17B9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505AC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B854B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49203A5A" w14:textId="77777777">
        <w:trPr>
          <w:cantSplit/>
          <w:jc w:val="center"/>
        </w:trPr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DDD5B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5DAD9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4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D881D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F92F9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A315F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8E460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9DCAC40" w14:textId="77777777">
        <w:trPr>
          <w:cantSplit/>
          <w:jc w:val="center"/>
        </w:trPr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6B6C0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1D3B5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4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7B366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E1E7A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81B9C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C0F0A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043CDAF6" w14:textId="77777777">
        <w:trPr>
          <w:cantSplit/>
          <w:jc w:val="center"/>
        </w:trPr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C909F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8F0B3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4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AEEED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0D731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06048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E8F64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3BE7A8D8" w14:textId="77777777">
        <w:trPr>
          <w:cantSplit/>
          <w:jc w:val="center"/>
        </w:trPr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A8C8B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27EB8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4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84521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4DC74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E3762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39150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4EE58D5" w14:textId="77777777">
        <w:trPr>
          <w:cantSplit/>
          <w:jc w:val="center"/>
        </w:trPr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454C5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8FB38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4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E7F64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E0A5C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450A9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B4961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16D295A9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600"/>
        <w:gridCol w:w="3000"/>
        <w:gridCol w:w="2991"/>
        <w:gridCol w:w="2500"/>
      </w:tblGrid>
      <w:tr w:rsidR="007C18A6" w:rsidRPr="000A3F86" w14:paraId="4290433F" w14:textId="77777777">
        <w:trPr>
          <w:tblHeader/>
          <w:jc w:val="center"/>
        </w:trPr>
        <w:tc>
          <w:tcPr>
            <w:tcW w:w="16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C4234D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Datum praćenja</w:t>
            </w:r>
          </w:p>
        </w:tc>
        <w:tc>
          <w:tcPr>
            <w:tcW w:w="30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8B0F93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Napredak / novo ponašanje</w:t>
            </w:r>
          </w:p>
        </w:tc>
        <w:tc>
          <w:tcPr>
            <w:tcW w:w="2991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E142A2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Povratna informacija učenika i roditelja</w:t>
            </w:r>
          </w:p>
        </w:tc>
        <w:tc>
          <w:tcPr>
            <w:tcW w:w="2500" w:type="dxa"/>
            <w:shd w:val="clear" w:color="auto" w:fill="26384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C61E96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FFFFFF"/>
                <w:sz w:val="24"/>
                <w:szCs w:val="24"/>
                <w:lang w:val="hr-HR"/>
              </w:rPr>
              <w:t>Potrebna izmjena plana</w:t>
            </w:r>
          </w:p>
        </w:tc>
      </w:tr>
      <w:tr w:rsidR="007C18A6" w:rsidRPr="000A3F86" w14:paraId="4A077B90" w14:textId="77777777">
        <w:trPr>
          <w:cantSplit/>
          <w:jc w:val="center"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70B12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49539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190F6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703E0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81F1554" w14:textId="77777777">
        <w:trPr>
          <w:cantSplit/>
          <w:jc w:val="center"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1C1CE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8E9EB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6ACA09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D59E1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051B6A85" w14:textId="77777777">
        <w:trPr>
          <w:cantSplit/>
          <w:jc w:val="center"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81EEB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B09D7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9642D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8EECB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66CD28C" w14:textId="77777777">
        <w:trPr>
          <w:cantSplit/>
          <w:jc w:val="center"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D21B7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74E2C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2C9C6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78C00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60BF0F0" w14:textId="77777777">
        <w:trPr>
          <w:cantSplit/>
          <w:jc w:val="center"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D60931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2B8FD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9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3917CC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52C2E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6326D292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p w14:paraId="74D81679" w14:textId="77777777" w:rsidR="00AD5C0E" w:rsidRPr="000A3F86" w:rsidRDefault="00AD5C0E">
      <w:pPr>
        <w:spacing w:after="20"/>
        <w:rPr>
          <w:rFonts w:cs="Times New Roman"/>
          <w:sz w:val="24"/>
          <w:szCs w:val="24"/>
          <w:lang w:val="hr-HR"/>
        </w:rPr>
      </w:pPr>
    </w:p>
    <w:p w14:paraId="40AC80CD" w14:textId="77777777" w:rsidR="00AD5C0E" w:rsidRPr="000A3F86" w:rsidRDefault="00AD5C0E">
      <w:pPr>
        <w:spacing w:after="20"/>
        <w:rPr>
          <w:rFonts w:cs="Times New Roman"/>
          <w:sz w:val="24"/>
          <w:szCs w:val="24"/>
          <w:lang w:val="hr-HR"/>
        </w:rPr>
      </w:pPr>
    </w:p>
    <w:p w14:paraId="63690B65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lastRenderedPageBreak/>
        <w:t>Završna procjena učinka mjere i potpore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6EB07B05" w14:textId="77777777" w:rsidTr="006A1334">
        <w:trPr>
          <w:cantSplit/>
          <w:trHeight w:val="1774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6AA40F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5124DC7E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0E2BB028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4FE71228" w14:textId="3D11B4F7" w:rsidR="00997341" w:rsidRPr="000A3F86" w:rsidRDefault="00997341" w:rsidP="006A1334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363"/>
        <w:gridCol w:w="3363"/>
        <w:gridCol w:w="3365"/>
      </w:tblGrid>
      <w:tr w:rsidR="007C18A6" w:rsidRPr="000A3F86" w14:paraId="714799ED" w14:textId="77777777">
        <w:trPr>
          <w:jc w:val="center"/>
        </w:trPr>
        <w:tc>
          <w:tcPr>
            <w:tcW w:w="336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67AF37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učenik</w:t>
            </w:r>
          </w:p>
        </w:tc>
        <w:tc>
          <w:tcPr>
            <w:tcW w:w="336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B98C8C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roditelj</w:t>
            </w:r>
          </w:p>
        </w:tc>
        <w:tc>
          <w:tcPr>
            <w:tcW w:w="336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51C036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koordinator</w:t>
            </w:r>
          </w:p>
        </w:tc>
      </w:tr>
    </w:tbl>
    <w:p w14:paraId="62E90FC8" w14:textId="77777777" w:rsidR="007C18A6" w:rsidRPr="000A3F86" w:rsidRDefault="00000000">
      <w:pPr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sz w:val="24"/>
          <w:szCs w:val="24"/>
          <w:lang w:val="hr-HR"/>
        </w:rPr>
        <w:br w:type="page"/>
      </w:r>
    </w:p>
    <w:p w14:paraId="430BBB37" w14:textId="4A18D99C" w:rsidR="007C18A6" w:rsidRPr="005035EC" w:rsidRDefault="00000000">
      <w:pPr>
        <w:keepNext/>
        <w:jc w:val="center"/>
        <w:rPr>
          <w:rFonts w:ascii="Baskervville" w:hAnsi="Baskervville" w:cs="Times New Roman"/>
          <w:sz w:val="24"/>
          <w:szCs w:val="24"/>
          <w:lang w:val="hr-HR"/>
        </w:rPr>
      </w:pPr>
      <w:r w:rsidRPr="005035EC">
        <w:rPr>
          <w:rFonts w:ascii="Baskervville" w:hAnsi="Baskervville" w:cs="Times New Roman"/>
          <w:b/>
          <w:color w:val="26384A"/>
          <w:sz w:val="24"/>
          <w:szCs w:val="24"/>
          <w:lang w:val="hr-HR"/>
        </w:rPr>
        <w:lastRenderedPageBreak/>
        <w:t>OBAVIJEST PODRUČNOM UREDU HRVATSKOG ZAVODA ZA SOCIJALNI RAD</w:t>
      </w:r>
      <w:r w:rsidR="00997341" w:rsidRPr="005035EC">
        <w:rPr>
          <w:rStyle w:val="Referencafusnote"/>
          <w:rFonts w:ascii="Baskervville" w:hAnsi="Baskervville" w:cs="Times New Roman"/>
          <w:b/>
          <w:color w:val="26384A"/>
          <w:sz w:val="24"/>
          <w:szCs w:val="24"/>
          <w:lang w:val="hr-HR"/>
        </w:rPr>
        <w:footnoteReference w:id="1"/>
      </w:r>
    </w:p>
    <w:p w14:paraId="341A185B" w14:textId="76CF2518" w:rsidR="007C18A6" w:rsidRPr="000A3F86" w:rsidRDefault="00AD5C0E">
      <w:pPr>
        <w:keepNext/>
        <w:jc w:val="center"/>
        <w:rPr>
          <w:rFonts w:cs="Times New Roman"/>
          <w:i/>
          <w:color w:val="6B7280"/>
          <w:sz w:val="24"/>
          <w:szCs w:val="24"/>
          <w:lang w:val="hr-HR"/>
        </w:rPr>
      </w:pPr>
      <w:r w:rsidRPr="000A3F86">
        <w:rPr>
          <w:rFonts w:cs="Times New Roman"/>
          <w:i/>
          <w:color w:val="6B7280"/>
          <w:sz w:val="24"/>
          <w:szCs w:val="24"/>
          <w:lang w:val="hr-HR"/>
        </w:rPr>
        <w:t>temeljem čl. 8. st. 5. (NN 22/2026)</w:t>
      </w:r>
    </w:p>
    <w:p w14:paraId="3566BAF8" w14:textId="77777777" w:rsidR="00AD5C0E" w:rsidRPr="000A3F86" w:rsidRDefault="00AD5C0E">
      <w:pPr>
        <w:keepNext/>
        <w:jc w:val="center"/>
        <w:rPr>
          <w:rFonts w:cs="Times New Roman"/>
          <w:sz w:val="24"/>
          <w:szCs w:val="24"/>
          <w:lang w:val="hr-HR"/>
        </w:rPr>
      </w:pP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7091"/>
      </w:tblGrid>
      <w:tr w:rsidR="007C18A6" w:rsidRPr="000A3F86" w14:paraId="2ADABD27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2519B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Naziv i adresa škole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57BC2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2886CAAE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973AA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Nadležni područni ured HZSR-a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B16544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51BC647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1A3B0B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KLASA / URBROJ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57F9E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AF2E805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9248B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Datum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FC73CA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CF08752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BBE74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Ime i prezime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A45227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76D6621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8436D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Datum rođenja / OIB ako je nužno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39DA03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58F8F322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F3CCF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Adresa učenika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0A01EE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62775A5C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9439DD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Roditelj / zakonski zastupnik i kontakt</w:t>
            </w:r>
          </w:p>
        </w:tc>
        <w:tc>
          <w:tcPr>
            <w:tcW w:w="7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7CBD5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17D27363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p w14:paraId="7FA14905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Izrečena mjera: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3000"/>
        <w:gridCol w:w="2045"/>
        <w:gridCol w:w="5046"/>
      </w:tblGrid>
      <w:tr w:rsidR="007C18A6" w:rsidRPr="000A3F86" w14:paraId="2DCEF19B" w14:textId="77777777">
        <w:trPr>
          <w:jc w:val="center"/>
        </w:trPr>
        <w:tc>
          <w:tcPr>
            <w:tcW w:w="5045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7B3D86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strogi ukor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F42F7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opomena pred isključenje</w:t>
            </w:r>
          </w:p>
        </w:tc>
      </w:tr>
      <w:tr w:rsidR="007C18A6" w:rsidRPr="000A3F86" w14:paraId="783F3B5B" w14:textId="77777777">
        <w:trPr>
          <w:jc w:val="center"/>
        </w:trPr>
        <w:tc>
          <w:tcPr>
            <w:tcW w:w="5045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17924F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preseljenje u drugu školu</w:t>
            </w:r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54DA15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ascii="Segoe UI Symbol" w:hAnsi="Segoe UI Symbol" w:cs="Segoe UI Symbol"/>
                <w:color w:val="000000"/>
                <w:sz w:val="24"/>
                <w:szCs w:val="24"/>
                <w:lang w:val="hr-HR"/>
              </w:rPr>
              <w:t>☐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 isključenje iz srednje škole</w:t>
            </w:r>
          </w:p>
        </w:tc>
      </w:tr>
      <w:tr w:rsidR="007C18A6" w:rsidRPr="000A3F86" w14:paraId="27560D74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D50932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Datum izricanja</w:t>
            </w:r>
          </w:p>
        </w:tc>
        <w:tc>
          <w:tcPr>
            <w:tcW w:w="7091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CE95D0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  <w:tr w:rsidR="007C18A6" w:rsidRPr="000A3F86" w14:paraId="197D2018" w14:textId="77777777">
        <w:trPr>
          <w:cantSplit/>
          <w:jc w:val="center"/>
        </w:trPr>
        <w:tc>
          <w:tcPr>
            <w:tcW w:w="3000" w:type="dxa"/>
            <w:shd w:val="clear" w:color="auto" w:fill="E9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4EDA2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b/>
                <w:color w:val="000000"/>
                <w:sz w:val="24"/>
                <w:szCs w:val="24"/>
                <w:lang w:val="hr-HR"/>
              </w:rPr>
              <w:t>Tijelo / osoba koja je izrekla mjeru</w:t>
            </w:r>
          </w:p>
        </w:tc>
        <w:tc>
          <w:tcPr>
            <w:tcW w:w="7091" w:type="dxa"/>
            <w:gridSpan w:val="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140128" w14:textId="77777777" w:rsidR="007C18A6" w:rsidRPr="000A3F86" w:rsidRDefault="00000000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7044F3E9" w14:textId="77777777" w:rsidR="007C18A6" w:rsidRPr="000A3F86" w:rsidRDefault="007C18A6">
      <w:pPr>
        <w:spacing w:after="20"/>
        <w:rPr>
          <w:rFonts w:cs="Times New Roman"/>
          <w:sz w:val="24"/>
          <w:szCs w:val="24"/>
          <w:lang w:val="hr-HR"/>
        </w:rPr>
      </w:pPr>
    </w:p>
    <w:p w14:paraId="204E1E85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Sažet činjenični opis ponašanja i okolnosti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38FA0D55" w14:textId="77777777" w:rsidTr="00B47105">
        <w:trPr>
          <w:cantSplit/>
          <w:trHeight w:val="1288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F3CD52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3618A1CD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6FF584F1" w14:textId="6A03F53C" w:rsidR="00997341" w:rsidRPr="000A3F86" w:rsidRDefault="00997341" w:rsidP="00B47105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6F8094C4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011188FC" w14:textId="411F7963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Dosad poduzete mjere pomoći, potpore i suradnje s obitelji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3C15E563" w14:textId="77777777" w:rsidTr="00997341">
        <w:trPr>
          <w:cantSplit/>
          <w:trHeight w:val="925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C0EB77" w14:textId="6E07C0BA" w:rsidR="00997341" w:rsidRPr="000A3F86" w:rsidRDefault="00997341" w:rsidP="00EE21C4">
            <w:pPr>
              <w:rPr>
                <w:rFonts w:cs="Times New Roman"/>
                <w:sz w:val="24"/>
                <w:szCs w:val="24"/>
                <w:lang w:val="hr-HR"/>
              </w:rPr>
            </w:pPr>
          </w:p>
        </w:tc>
      </w:tr>
    </w:tbl>
    <w:p w14:paraId="28578404" w14:textId="77777777" w:rsidR="00AD5C0E" w:rsidRPr="000A3F86" w:rsidRDefault="00AD5C0E">
      <w:pPr>
        <w:keepNext/>
        <w:rPr>
          <w:rFonts w:cs="Times New Roman"/>
          <w:b/>
          <w:color w:val="000000"/>
          <w:sz w:val="24"/>
          <w:szCs w:val="24"/>
          <w:lang w:val="hr-HR"/>
        </w:rPr>
      </w:pPr>
    </w:p>
    <w:p w14:paraId="7C8794B6" w14:textId="32D8202F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t>Procijenjene potrebe učenika i područja za daljnju suradnju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997341" w:rsidRPr="000A3F86" w14:paraId="3BFE52BF" w14:textId="77777777" w:rsidTr="00997341">
        <w:trPr>
          <w:cantSplit/>
          <w:trHeight w:val="1176"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60FE07" w14:textId="6B2630F3" w:rsidR="00997341" w:rsidRPr="000A3F86" w:rsidRDefault="00997341" w:rsidP="00997341">
            <w:pPr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</w:tc>
      </w:tr>
    </w:tbl>
    <w:p w14:paraId="7005AB32" w14:textId="77777777" w:rsidR="007C18A6" w:rsidRPr="000A3F86" w:rsidRDefault="00000000">
      <w:pPr>
        <w:keepNext/>
        <w:rPr>
          <w:rFonts w:cs="Times New Roman"/>
          <w:sz w:val="24"/>
          <w:szCs w:val="24"/>
          <w:lang w:val="hr-HR"/>
        </w:rPr>
      </w:pPr>
      <w:r w:rsidRPr="000A3F86">
        <w:rPr>
          <w:rFonts w:cs="Times New Roman"/>
          <w:b/>
          <w:color w:val="000000"/>
          <w:sz w:val="24"/>
          <w:szCs w:val="24"/>
          <w:lang w:val="hr-HR"/>
        </w:rPr>
        <w:lastRenderedPageBreak/>
        <w:t>Zahtjev za izvještaj HZSR-a i način dostave</w:t>
      </w:r>
    </w:p>
    <w:tbl>
      <w:tblPr>
        <w:tblStyle w:val="Reetkatablic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7C18A6" w:rsidRPr="000A3F86" w14:paraId="32EAA861" w14:textId="77777777">
        <w:trPr>
          <w:cantSplit/>
          <w:jc w:val="center"/>
        </w:trPr>
        <w:tc>
          <w:tcPr>
            <w:tcW w:w="1009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1B5661" w14:textId="77777777" w:rsidR="007C18A6" w:rsidRPr="000A3F86" w:rsidRDefault="00000000">
            <w:pPr>
              <w:rPr>
                <w:rFonts w:cs="Times New Roman"/>
                <w:color w:val="000000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t xml:space="preserve"> </w:t>
            </w:r>
          </w:p>
          <w:p w14:paraId="3199E986" w14:textId="77777777" w:rsidR="00997341" w:rsidRPr="000A3F86" w:rsidRDefault="00997341">
            <w:pPr>
              <w:rPr>
                <w:rFonts w:cs="Times New Roman"/>
                <w:color w:val="000000"/>
                <w:sz w:val="24"/>
                <w:szCs w:val="24"/>
                <w:lang w:val="hr-HR"/>
              </w:rPr>
            </w:pPr>
          </w:p>
          <w:p w14:paraId="4436BC41" w14:textId="77777777" w:rsidR="00997341" w:rsidRPr="000A3F86" w:rsidRDefault="00997341">
            <w:pPr>
              <w:rPr>
                <w:rFonts w:cs="Times New Roman"/>
                <w:color w:val="000000"/>
                <w:sz w:val="24"/>
                <w:szCs w:val="24"/>
                <w:lang w:val="hr-HR"/>
              </w:rPr>
            </w:pPr>
          </w:p>
          <w:p w14:paraId="24858FCE" w14:textId="77777777" w:rsidR="00997341" w:rsidRPr="000A3F86" w:rsidRDefault="00997341">
            <w:pPr>
              <w:rPr>
                <w:rFonts w:cs="Times New Roman"/>
                <w:sz w:val="24"/>
                <w:szCs w:val="24"/>
                <w:lang w:val="hr-HR"/>
              </w:rPr>
            </w:pPr>
          </w:p>
        </w:tc>
      </w:tr>
    </w:tbl>
    <w:tbl>
      <w:tblPr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7C18A6" w:rsidRPr="000A3F86" w14:paraId="355AF522" w14:textId="77777777">
        <w:trPr>
          <w:jc w:val="center"/>
        </w:trPr>
        <w:tc>
          <w:tcPr>
            <w:tcW w:w="504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4A6335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ravnatelj/</w:t>
            </w:r>
            <w:proofErr w:type="spellStart"/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ica</w:t>
            </w:r>
            <w:proofErr w:type="spellEnd"/>
          </w:p>
        </w:tc>
        <w:tc>
          <w:tcPr>
            <w:tcW w:w="50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CCDD85" w14:textId="77777777" w:rsidR="007C18A6" w:rsidRPr="000A3F86" w:rsidRDefault="00000000">
            <w:pPr>
              <w:jc w:val="center"/>
              <w:rPr>
                <w:rFonts w:cs="Times New Roman"/>
                <w:sz w:val="24"/>
                <w:szCs w:val="24"/>
                <w:lang w:val="hr-HR"/>
              </w:rPr>
            </w:pP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  <w:t>____________________________</w:t>
            </w:r>
            <w:r w:rsidRPr="000A3F86">
              <w:rPr>
                <w:rFonts w:cs="Times New Roman"/>
                <w:color w:val="000000"/>
                <w:sz w:val="24"/>
                <w:szCs w:val="24"/>
                <w:lang w:val="hr-HR"/>
              </w:rPr>
              <w:br/>
            </w:r>
            <w:r w:rsidRPr="000A3F86">
              <w:rPr>
                <w:rFonts w:cs="Times New Roman"/>
                <w:i/>
                <w:color w:val="6B7280"/>
                <w:sz w:val="24"/>
                <w:szCs w:val="24"/>
                <w:lang w:val="hr-HR"/>
              </w:rPr>
              <w:t>M. P.</w:t>
            </w:r>
          </w:p>
        </w:tc>
      </w:tr>
    </w:tbl>
    <w:p w14:paraId="7D7AED91" w14:textId="77777777" w:rsidR="00A35AB8" w:rsidRPr="000A3F86" w:rsidRDefault="00A35AB8">
      <w:pPr>
        <w:rPr>
          <w:rFonts w:cs="Times New Roman"/>
          <w:sz w:val="24"/>
          <w:szCs w:val="24"/>
          <w:lang w:val="hr-HR"/>
        </w:rPr>
      </w:pPr>
    </w:p>
    <w:sectPr w:rsidR="00A35AB8" w:rsidRPr="000A3F86" w:rsidSect="00034616">
      <w:footerReference w:type="default" r:id="rId11"/>
      <w:pgSz w:w="11906" w:h="16838"/>
      <w:pgMar w:top="822" w:right="907" w:bottom="765" w:left="907" w:header="312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A79FA" w14:textId="77777777" w:rsidR="00B80D59" w:rsidRDefault="00B80D59">
      <w:pPr>
        <w:spacing w:after="0"/>
      </w:pPr>
      <w:r>
        <w:separator/>
      </w:r>
    </w:p>
  </w:endnote>
  <w:endnote w:type="continuationSeparator" w:id="0">
    <w:p w14:paraId="59CBD9B4" w14:textId="77777777" w:rsidR="00B80D59" w:rsidRDefault="00B80D5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Baskervville">
    <w:panose1 w:val="00000000000000000000"/>
    <w:charset w:val="EE"/>
    <w:family w:val="auto"/>
    <w:pitch w:val="variable"/>
    <w:sig w:usb0="A000006F" w:usb1="4000204B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F1C09" w14:textId="2693BB4E" w:rsidR="007C18A6" w:rsidRDefault="007C18A6">
    <w:pPr>
      <w:pStyle w:val="Podnoj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98EFE" w14:textId="77777777" w:rsidR="00B80D59" w:rsidRDefault="00B80D59">
      <w:pPr>
        <w:spacing w:after="0"/>
      </w:pPr>
      <w:r>
        <w:separator/>
      </w:r>
    </w:p>
  </w:footnote>
  <w:footnote w:type="continuationSeparator" w:id="0">
    <w:p w14:paraId="3D69AF53" w14:textId="77777777" w:rsidR="00B80D59" w:rsidRDefault="00B80D59">
      <w:pPr>
        <w:spacing w:after="0"/>
      </w:pPr>
      <w:r>
        <w:continuationSeparator/>
      </w:r>
    </w:p>
  </w:footnote>
  <w:footnote w:id="1">
    <w:p w14:paraId="36610A7E" w14:textId="4A30E393" w:rsidR="00997341" w:rsidRPr="00997341" w:rsidRDefault="00997341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69336D">
        <w:rPr>
          <w:rFonts w:cs="Times New Roman"/>
          <w:color w:val="6B7280"/>
          <w:sz w:val="24"/>
          <w:szCs w:val="24"/>
          <w:lang w:val="hr-HR"/>
        </w:rPr>
        <w:t>Uz obavijest škola traži izvještaj o poduzetim radnjama kako bi mogla prilagoditi stručni rad s učenikom. Dostavljati samo podatke koji su nužni za svrhu postupanja.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A05F7F"/>
    <w:multiLevelType w:val="hybridMultilevel"/>
    <w:tmpl w:val="0F2E93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244C0D"/>
    <w:multiLevelType w:val="hybridMultilevel"/>
    <w:tmpl w:val="C9208F88"/>
    <w:lvl w:ilvl="0" w:tplc="C464A4D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26384A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1367E6"/>
    <w:multiLevelType w:val="hybridMultilevel"/>
    <w:tmpl w:val="84983AB8"/>
    <w:lvl w:ilvl="0" w:tplc="9CA036D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6384A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071577">
    <w:abstractNumId w:val="8"/>
  </w:num>
  <w:num w:numId="2" w16cid:durableId="317685513">
    <w:abstractNumId w:val="6"/>
  </w:num>
  <w:num w:numId="3" w16cid:durableId="1899389394">
    <w:abstractNumId w:val="5"/>
  </w:num>
  <w:num w:numId="4" w16cid:durableId="1812404886">
    <w:abstractNumId w:val="4"/>
  </w:num>
  <w:num w:numId="5" w16cid:durableId="481116996">
    <w:abstractNumId w:val="7"/>
  </w:num>
  <w:num w:numId="6" w16cid:durableId="179199142">
    <w:abstractNumId w:val="3"/>
  </w:num>
  <w:num w:numId="7" w16cid:durableId="1691490306">
    <w:abstractNumId w:val="2"/>
  </w:num>
  <w:num w:numId="8" w16cid:durableId="1081487839">
    <w:abstractNumId w:val="1"/>
  </w:num>
  <w:num w:numId="9" w16cid:durableId="983238023">
    <w:abstractNumId w:val="0"/>
  </w:num>
  <w:num w:numId="10" w16cid:durableId="448938051">
    <w:abstractNumId w:val="9"/>
  </w:num>
  <w:num w:numId="11" w16cid:durableId="1082409116">
    <w:abstractNumId w:val="10"/>
  </w:num>
  <w:num w:numId="12" w16cid:durableId="16585338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3F86"/>
    <w:rsid w:val="000A5EE9"/>
    <w:rsid w:val="00100A48"/>
    <w:rsid w:val="0015074B"/>
    <w:rsid w:val="0015502C"/>
    <w:rsid w:val="001B3EE8"/>
    <w:rsid w:val="001D5CC0"/>
    <w:rsid w:val="0029639D"/>
    <w:rsid w:val="00326F90"/>
    <w:rsid w:val="00352B16"/>
    <w:rsid w:val="005035EC"/>
    <w:rsid w:val="0069336D"/>
    <w:rsid w:val="007C18A6"/>
    <w:rsid w:val="00997341"/>
    <w:rsid w:val="00A35AB8"/>
    <w:rsid w:val="00AA1D8D"/>
    <w:rsid w:val="00AD5C0E"/>
    <w:rsid w:val="00B47730"/>
    <w:rsid w:val="00B80D59"/>
    <w:rsid w:val="00CB0664"/>
    <w:rsid w:val="00CF30DC"/>
    <w:rsid w:val="00DF3FDB"/>
    <w:rsid w:val="00E67E21"/>
    <w:rsid w:val="00E9519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15F621"/>
  <w14:defaultImageDpi w14:val="300"/>
  <w15:docId w15:val="{841DED86-6CBB-4285-B3BB-16695FD6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40" w:line="240" w:lineRule="auto"/>
    </w:pPr>
    <w:rPr>
      <w:rFonts w:ascii="Times New Roman" w:eastAsia="Times New Roman" w:hAnsi="Times New Roman"/>
      <w:sz w:val="19"/>
    </w:rPr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240" w:after="140"/>
      <w:outlineLvl w:val="0"/>
    </w:pPr>
    <w:rPr>
      <w:rFonts w:asciiTheme="majorHAnsi" w:eastAsiaTheme="majorEastAsia" w:hAnsiTheme="majorHAnsi" w:cstheme="majorBidi"/>
      <w:b/>
      <w:bCs/>
      <w:color w:val="26384A"/>
      <w:sz w:val="30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180" w:after="100"/>
      <w:outlineLvl w:val="1"/>
    </w:pPr>
    <w:rPr>
      <w:rFonts w:asciiTheme="majorHAnsi" w:eastAsiaTheme="majorEastAsia" w:hAnsiTheme="majorHAnsi" w:cstheme="majorBidi"/>
      <w:b/>
      <w:bCs/>
      <w:color w:val="26384A"/>
      <w:sz w:val="24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120" w:after="60"/>
      <w:outlineLvl w:val="2"/>
    </w:pPr>
    <w:rPr>
      <w:rFonts w:asciiTheme="majorHAnsi" w:eastAsiaTheme="majorEastAsia" w:hAnsiTheme="majorHAnsi" w:cstheme="majorBidi"/>
      <w:b/>
      <w:bCs/>
      <w:color w:val="26384A"/>
      <w:sz w:val="2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eza">
    <w:name w:val="Hyperlink"/>
    <w:basedOn w:val="Zadanifontodlomka"/>
    <w:uiPriority w:val="99"/>
    <w:unhideWhenUsed/>
    <w:rsid w:val="0069336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9336D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D5CC0"/>
    <w:rPr>
      <w:color w:val="800080" w:themeColor="followedHyperlink"/>
      <w:u w:val="single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997341"/>
    <w:pPr>
      <w:spacing w:after="0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997341"/>
    <w:rPr>
      <w:rFonts w:ascii="Times New Roman" w:eastAsia="Times New Roman" w:hAnsi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997341"/>
    <w:rPr>
      <w:vertAlign w:val="superscript"/>
    </w:rPr>
  </w:style>
  <w:style w:type="paragraph" w:customStyle="1" w:styleId="Sectionband">
    <w:name w:val="Section band"/>
    <w:rsid w:val="000A3F86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clanci/sluzbeni/2015_09_94_1818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narodne-novine.nn.hr/clanci/sluzbeni/2026_03_22_257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rodne-novine.nn.hr/clanci/sluzbeni/2017_01_3_12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33</Pages>
  <Words>3832</Words>
  <Characters>21844</Characters>
  <Application>Microsoft Office Word</Application>
  <DocSecurity>0</DocSecurity>
  <Lines>182</Lines>
  <Paragraphs>51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01 Pedagoske mjere obrasci</vt:lpstr>
      <vt:lpstr/>
    </vt:vector>
  </TitlesOfParts>
  <Manager/>
  <Company/>
  <LinksUpToDate>false</LinksUpToDate>
  <CharactersWithSpaces>25625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 Pedagoske mjere obrasci</dc:title>
  <dc:subject>Uređivi školski obrasci prema važećim pravilnicima</dc:subject>
  <dc:creator>Jelena Babuder</dc:creator>
  <cp:keywords/>
  <dc:description>generated by python-docx</dc:description>
  <cp:lastModifiedBy>Jelena Babuder</cp:lastModifiedBy>
  <cp:revision>8</cp:revision>
  <dcterms:created xsi:type="dcterms:W3CDTF">2026-08-29T18:00:00Z</dcterms:created>
  <dcterms:modified xsi:type="dcterms:W3CDTF">2026-08-30T12:15:00Z</dcterms:modified>
  <cp:category/>
</cp:coreProperties>
</file>